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626BA" w14:textId="260DEFC4" w:rsidR="0017532C" w:rsidRPr="00E13257" w:rsidRDefault="00E13257" w:rsidP="5FE76E89">
      <w:pPr>
        <w:pStyle w:val="Title"/>
      </w:pPr>
      <w:r w:rsidRPr="5FE76E89">
        <w:t>T-</w:t>
      </w:r>
      <w:r w:rsidR="1EFBB0F0" w:rsidRPr="5FE76E89">
        <w:t>1040</w:t>
      </w:r>
      <w:r w:rsidRPr="5FE76E89">
        <w:t xml:space="preserve"> - </w:t>
      </w:r>
      <w:r w:rsidR="00C103FF" w:rsidRPr="5FE76E89">
        <w:t xml:space="preserve">Audit </w:t>
      </w:r>
      <w:r w:rsidR="003D4D2C" w:rsidRPr="5FE76E89">
        <w:t xml:space="preserve">of </w:t>
      </w:r>
      <w:r w:rsidR="00C103FF" w:rsidRPr="5FE76E89">
        <w:t>Monthly</w:t>
      </w:r>
      <w:r w:rsidR="003D4D2C" w:rsidRPr="5FE76E89">
        <w:t>/</w:t>
      </w:r>
      <w:r w:rsidR="00C103FF" w:rsidRPr="5FE76E89">
        <w:t xml:space="preserve">Weekly Tasks </w:t>
      </w:r>
      <w:r w:rsidR="19E3BCF1" w:rsidRPr="5FE76E89">
        <w:t>(Research Space)</w:t>
      </w:r>
    </w:p>
    <w:p w14:paraId="75388FB9" w14:textId="77777777" w:rsidR="0017532C" w:rsidRPr="00E13257" w:rsidRDefault="000930F4">
      <w:pPr>
        <w:pStyle w:val="Heading1"/>
        <w:rPr>
          <w:rFonts w:cstheme="majorHAnsi"/>
          <w:sz w:val="22"/>
          <w:szCs w:val="22"/>
        </w:rPr>
      </w:pPr>
      <w:r w:rsidRPr="00E13257">
        <w:rPr>
          <w:rFonts w:cstheme="majorHAnsi"/>
          <w:sz w:val="22"/>
          <w:szCs w:val="22"/>
        </w:rPr>
        <w:t>General Information</w:t>
      </w:r>
    </w:p>
    <w:p w14:paraId="1A51BB6A" w14:textId="5AE3FC3C" w:rsidR="00E13257" w:rsidRPr="00E13257" w:rsidRDefault="00E13257">
      <w:pPr>
        <w:rPr>
          <w:rFonts w:asciiTheme="majorHAnsi" w:hAnsiTheme="majorHAnsi" w:cstheme="majorHAnsi"/>
          <w:b/>
          <w:bCs/>
        </w:rPr>
      </w:pPr>
      <w:r w:rsidRPr="00E13257">
        <w:rPr>
          <w:rFonts w:asciiTheme="majorHAnsi" w:hAnsiTheme="majorHAnsi" w:cstheme="majorHAnsi"/>
          <w:b/>
          <w:bCs/>
        </w:rPr>
        <w:t>Audit Scope:</w:t>
      </w:r>
      <w:r>
        <w:rPr>
          <w:rFonts w:asciiTheme="majorHAnsi" w:hAnsiTheme="majorHAnsi" w:cstheme="majorHAnsi"/>
          <w:b/>
          <w:bCs/>
        </w:rPr>
        <w:t xml:space="preserve"> ___________________________________________________________________________</w:t>
      </w:r>
    </w:p>
    <w:p w14:paraId="000E4D42" w14:textId="70665CA9" w:rsidR="0017532C" w:rsidRPr="00E13257" w:rsidRDefault="000930F4">
      <w:pPr>
        <w:rPr>
          <w:rFonts w:asciiTheme="majorHAnsi" w:hAnsiTheme="majorHAnsi" w:cstheme="majorHAnsi"/>
        </w:rPr>
      </w:pPr>
      <w:r w:rsidRPr="00E13257">
        <w:rPr>
          <w:rFonts w:asciiTheme="majorHAnsi" w:hAnsiTheme="majorHAnsi" w:cstheme="majorHAnsi"/>
          <w:b/>
          <w:bCs/>
        </w:rPr>
        <w:t>Audit Date:</w:t>
      </w:r>
      <w:r w:rsidRPr="00E13257">
        <w:rPr>
          <w:rFonts w:asciiTheme="majorHAnsi" w:hAnsiTheme="majorHAnsi" w:cstheme="majorHAnsi"/>
        </w:rPr>
        <w:t xml:space="preserve"> _</w:t>
      </w:r>
      <w:r w:rsidR="00E13257">
        <w:rPr>
          <w:rFonts w:asciiTheme="majorHAnsi" w:hAnsiTheme="majorHAnsi" w:cstheme="majorHAnsi"/>
        </w:rPr>
        <w:t>_/__/____</w:t>
      </w:r>
    </w:p>
    <w:p w14:paraId="0131D25C" w14:textId="5619113F" w:rsidR="009C24C2" w:rsidRPr="00E13257" w:rsidRDefault="000930F4" w:rsidP="009C24C2">
      <w:pPr>
        <w:rPr>
          <w:rFonts w:asciiTheme="majorHAnsi" w:hAnsiTheme="majorHAnsi" w:cstheme="majorHAnsi"/>
        </w:rPr>
      </w:pPr>
      <w:r w:rsidRPr="00E13257">
        <w:rPr>
          <w:rFonts w:asciiTheme="majorHAnsi" w:hAnsiTheme="majorHAnsi" w:cstheme="majorHAnsi"/>
          <w:b/>
          <w:bCs/>
        </w:rPr>
        <w:t>Auditor Name</w:t>
      </w:r>
      <w:r w:rsidR="00E13257">
        <w:rPr>
          <w:rFonts w:asciiTheme="majorHAnsi" w:hAnsiTheme="majorHAnsi" w:cstheme="majorHAnsi"/>
          <w:b/>
          <w:bCs/>
        </w:rPr>
        <w:t xml:space="preserve"> and Job Role</w:t>
      </w:r>
      <w:r w:rsidRPr="00E13257">
        <w:rPr>
          <w:rFonts w:asciiTheme="majorHAnsi" w:hAnsiTheme="majorHAnsi" w:cstheme="majorHAnsi"/>
          <w:b/>
          <w:bCs/>
        </w:rPr>
        <w:t>:</w:t>
      </w:r>
      <w:r w:rsidRPr="00E13257">
        <w:rPr>
          <w:rFonts w:asciiTheme="majorHAnsi" w:hAnsiTheme="majorHAnsi" w:cstheme="majorHAnsi"/>
        </w:rPr>
        <w:t xml:space="preserve"> ___________________</w:t>
      </w:r>
      <w:r w:rsidR="00CF0FED" w:rsidRPr="00E13257">
        <w:rPr>
          <w:rFonts w:asciiTheme="majorHAnsi" w:hAnsiTheme="majorHAnsi" w:cstheme="majorHAnsi"/>
        </w:rPr>
        <w:t>________________________</w:t>
      </w:r>
      <w:r w:rsidR="00E13257">
        <w:rPr>
          <w:rFonts w:asciiTheme="majorHAnsi" w:hAnsiTheme="majorHAnsi" w:cstheme="majorHAnsi"/>
        </w:rPr>
        <w:t>____________________</w:t>
      </w:r>
    </w:p>
    <w:tbl>
      <w:tblPr>
        <w:tblW w:w="12420" w:type="dxa"/>
        <w:tblInd w:w="-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1979"/>
        <w:gridCol w:w="2861"/>
        <w:gridCol w:w="2224"/>
        <w:gridCol w:w="1916"/>
        <w:gridCol w:w="2442"/>
      </w:tblGrid>
      <w:tr w:rsidR="00F17052" w:rsidRPr="00E13257" w14:paraId="7878E074" w14:textId="77777777" w:rsidTr="63CAD2DB">
        <w:trPr>
          <w:trHeight w:val="1903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6B072A" w14:textId="051625AC" w:rsidR="00F17052" w:rsidRPr="005265CF" w:rsidRDefault="00F17052" w:rsidP="00900ECA">
            <w:pPr>
              <w:pStyle w:val="Heading1"/>
              <w:jc w:val="center"/>
              <w:rPr>
                <w:rFonts w:cstheme="majorHAnsi"/>
              </w:rPr>
            </w:pPr>
            <w:r w:rsidRPr="005265CF">
              <w:rPr>
                <w:rFonts w:cstheme="majorHAnsi"/>
              </w:rPr>
              <w:t>Team</w:t>
            </w:r>
          </w:p>
          <w:p w14:paraId="01FE792E" w14:textId="3DAFE39E" w:rsidR="00F17052" w:rsidRPr="005265CF" w:rsidRDefault="00F17052" w:rsidP="00900ECA">
            <w:pPr>
              <w:pStyle w:val="Heading1"/>
              <w:jc w:val="center"/>
              <w:rPr>
                <w:rFonts w:cstheme="majorHAnsi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1BC" w14:textId="1FBBFDB7" w:rsidR="00F17052" w:rsidRPr="005265CF" w:rsidRDefault="00F17052" w:rsidP="00900ECA">
            <w:pPr>
              <w:pStyle w:val="Heading1"/>
              <w:jc w:val="center"/>
              <w:rPr>
                <w:rFonts w:cstheme="majorHAnsi"/>
              </w:rPr>
            </w:pPr>
            <w:r>
              <w:rPr>
                <w:rFonts w:cstheme="majorHAnsi"/>
              </w:rPr>
              <w:t>Task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7B7F8E" w14:textId="0A011CBE" w:rsidR="00F17052" w:rsidRPr="005265CF" w:rsidRDefault="00F17052" w:rsidP="00900ECA">
            <w:pPr>
              <w:pStyle w:val="Heading1"/>
              <w:jc w:val="center"/>
              <w:rPr>
                <w:rFonts w:cstheme="majorHAnsi"/>
              </w:rPr>
            </w:pPr>
            <w:r>
              <w:rPr>
                <w:rFonts w:cstheme="majorHAnsi"/>
              </w:rPr>
              <w:t>Daily/Weekly/Monthly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D91F26" w14:textId="67B84E88" w:rsidR="00F17052" w:rsidRPr="005265CF" w:rsidRDefault="00F17052" w:rsidP="00900ECA">
            <w:pPr>
              <w:pStyle w:val="Heading1"/>
              <w:jc w:val="center"/>
              <w:rPr>
                <w:rFonts w:cstheme="majorHAnsi"/>
              </w:rPr>
            </w:pPr>
            <w:r>
              <w:rPr>
                <w:rFonts w:cstheme="majorHAnsi"/>
              </w:rPr>
              <w:t>Have all checks in the checklist been conducted?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C6962" w14:textId="17EEA374" w:rsidR="00F17052" w:rsidRPr="005265CF" w:rsidRDefault="00F17052" w:rsidP="00900ECA">
            <w:pPr>
              <w:pStyle w:val="Heading1"/>
              <w:jc w:val="center"/>
              <w:rPr>
                <w:rFonts w:cstheme="majorHAnsi"/>
              </w:rPr>
            </w:pPr>
            <w:r>
              <w:rPr>
                <w:rFonts w:cstheme="majorHAnsi"/>
              </w:rPr>
              <w:t>Is the checklist signed and dated?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8CB49B" w14:textId="24A9A960" w:rsidR="00F17052" w:rsidRPr="005265CF" w:rsidRDefault="00F17052" w:rsidP="00900ECA">
            <w:pPr>
              <w:pStyle w:val="Heading1"/>
              <w:jc w:val="center"/>
              <w:rPr>
                <w:rFonts w:cstheme="majorHAnsi"/>
              </w:rPr>
            </w:pPr>
            <w:r w:rsidRPr="005265CF">
              <w:rPr>
                <w:rFonts w:cstheme="majorHAnsi"/>
              </w:rPr>
              <w:t>Comments</w:t>
            </w:r>
          </w:p>
        </w:tc>
      </w:tr>
      <w:tr w:rsidR="00F17052" w:rsidRPr="00E13257" w14:paraId="7F7F21EB" w14:textId="77777777" w:rsidTr="63CAD2DB">
        <w:trPr>
          <w:trHeight w:val="300"/>
        </w:trPr>
        <w:tc>
          <w:tcPr>
            <w:tcW w:w="9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A9B1" w14:textId="4E8D0921" w:rsidR="00F17052" w:rsidRPr="00F17052" w:rsidRDefault="00F17052" w:rsidP="00F17052">
            <w:pPr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F17052">
              <w:rPr>
                <w:rFonts w:asciiTheme="majorHAnsi" w:hAnsiTheme="majorHAnsi" w:cstheme="majorHAnsi"/>
                <w:b/>
                <w:bCs/>
                <w:lang w:val="en-GB"/>
              </w:rPr>
              <w:t>Adults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E52ED" w14:textId="7CB5B87A" w:rsidR="00F17052" w:rsidRPr="00E21D73" w:rsidRDefault="00F17052" w:rsidP="00F17052">
            <w:pPr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E21D73">
              <w:rPr>
                <w:rFonts w:asciiTheme="majorHAnsi" w:hAnsiTheme="majorHAnsi" w:cstheme="majorHAnsi"/>
                <w:b/>
                <w:bCs/>
              </w:rPr>
              <w:t>Nurse in Charge Daily Checklist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05F1" w14:textId="2F706538" w:rsidR="00F17052" w:rsidRPr="00E13257" w:rsidRDefault="00F17052" w:rsidP="00F17052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 xml:space="preserve">Daily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9825" w14:textId="0DD4CF90" w:rsidR="00F17052" w:rsidRPr="00E13257" w:rsidRDefault="00F17052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1AC2" w14:textId="77777777" w:rsidR="00F17052" w:rsidRPr="00E13257" w:rsidRDefault="00F17052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8442" w14:textId="2F9C797A" w:rsidR="00F17052" w:rsidRPr="00E13257" w:rsidRDefault="00F17052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F17052" w:rsidRPr="00E13257" w14:paraId="316B9AC5" w14:textId="77777777" w:rsidTr="63CAD2DB">
        <w:trPr>
          <w:trHeight w:val="300"/>
        </w:trPr>
        <w:tc>
          <w:tcPr>
            <w:tcW w:w="998" w:type="dxa"/>
            <w:vMerge/>
            <w:vAlign w:val="center"/>
          </w:tcPr>
          <w:p w14:paraId="4B453493" w14:textId="77777777" w:rsidR="00F17052" w:rsidRPr="00E13257" w:rsidRDefault="00F17052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E1C44" w14:textId="62730E03" w:rsidR="00F17052" w:rsidRPr="00E21D73" w:rsidRDefault="00F17052" w:rsidP="00F17052">
            <w:pPr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E21D73">
              <w:rPr>
                <w:rFonts w:asciiTheme="majorHAnsi" w:hAnsiTheme="majorHAnsi" w:cstheme="majorHAnsi"/>
                <w:b/>
                <w:bCs/>
              </w:rPr>
              <w:t>Housekeeping Duties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3B2A" w14:textId="05E7DDCE" w:rsidR="00F17052" w:rsidRPr="00E13257" w:rsidRDefault="00F17052" w:rsidP="00F17052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 xml:space="preserve">Monthly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7AFEA" w14:textId="4913B499" w:rsidR="00F17052" w:rsidRPr="00E13257" w:rsidRDefault="00F17052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DBD0" w14:textId="77777777" w:rsidR="00F17052" w:rsidRPr="00E13257" w:rsidRDefault="00F17052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6C76" w14:textId="43284B5C" w:rsidR="00F17052" w:rsidRPr="00E13257" w:rsidRDefault="00F17052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F17052" w:rsidRPr="00E13257" w14:paraId="736E6B7C" w14:textId="77777777" w:rsidTr="63CAD2DB">
        <w:trPr>
          <w:trHeight w:val="300"/>
        </w:trPr>
        <w:tc>
          <w:tcPr>
            <w:tcW w:w="998" w:type="dxa"/>
            <w:vMerge/>
            <w:vAlign w:val="center"/>
          </w:tcPr>
          <w:p w14:paraId="081D499E" w14:textId="77777777" w:rsidR="00F17052" w:rsidRPr="00E13257" w:rsidRDefault="00F17052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261C" w14:textId="72ED864B" w:rsidR="00F17052" w:rsidRPr="00E21D73" w:rsidRDefault="00F17052" w:rsidP="00F17052">
            <w:pPr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E21D73">
              <w:rPr>
                <w:rFonts w:asciiTheme="majorHAnsi" w:hAnsiTheme="majorHAnsi" w:cstheme="majorHAnsi"/>
                <w:b/>
                <w:bCs/>
              </w:rPr>
              <w:t>Housekeeping Duties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E1E7" w14:textId="2B34D941" w:rsidR="00F17052" w:rsidRPr="00E13257" w:rsidRDefault="00F17052" w:rsidP="00F17052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 xml:space="preserve">Weekly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07D8C" w14:textId="22ADE15C" w:rsidR="00F17052" w:rsidRPr="00E13257" w:rsidRDefault="00F17052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E17E1" w14:textId="77777777" w:rsidR="00F17052" w:rsidRPr="00E13257" w:rsidRDefault="00F17052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1E3A" w14:textId="5600C122" w:rsidR="00F17052" w:rsidRPr="00E13257" w:rsidRDefault="00F17052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855FA7" w:rsidRPr="00E13257" w14:paraId="2A031B1E" w14:textId="77777777" w:rsidTr="63CAD2DB">
        <w:trPr>
          <w:trHeight w:val="300"/>
        </w:trPr>
        <w:tc>
          <w:tcPr>
            <w:tcW w:w="998" w:type="dxa"/>
            <w:vAlign w:val="center"/>
          </w:tcPr>
          <w:p w14:paraId="17E4A69B" w14:textId="77777777" w:rsidR="00855FA7" w:rsidRPr="00E13257" w:rsidRDefault="00855FA7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84347" w14:textId="3213352A" w:rsidR="00855FA7" w:rsidRPr="00E21D73" w:rsidRDefault="00855FA7" w:rsidP="00F17052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First Aid Kit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D2C2" w14:textId="39356A90" w:rsidR="00855FA7" w:rsidRDefault="00855FA7" w:rsidP="00F17052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 xml:space="preserve">Every 3 months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3FC3" w14:textId="77777777" w:rsidR="00855FA7" w:rsidRPr="00E13257" w:rsidRDefault="00855FA7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C2CD" w14:textId="77777777" w:rsidR="00855FA7" w:rsidRPr="00E13257" w:rsidRDefault="00855FA7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F1DB3" w14:textId="77777777" w:rsidR="00855FA7" w:rsidRPr="00E13257" w:rsidRDefault="00855FA7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F17052" w:rsidRPr="00E13257" w14:paraId="74B17E83" w14:textId="77777777" w:rsidTr="63CAD2DB">
        <w:trPr>
          <w:trHeight w:val="300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2D91779" w14:textId="2FF19925" w:rsidR="00F17052" w:rsidRPr="00E13257" w:rsidRDefault="00F17052" w:rsidP="00900ECA">
            <w:pPr>
              <w:jc w:val="center"/>
              <w:rPr>
                <w:rFonts w:asciiTheme="majorHAnsi" w:hAnsiTheme="majorHAnsi" w:cstheme="majorHAnsi"/>
                <w:lang w:val="en-GB"/>
              </w:rPr>
            </w:pPr>
          </w:p>
          <w:p w14:paraId="4D664590" w14:textId="628CF5C8" w:rsidR="00F17052" w:rsidRPr="00F17052" w:rsidRDefault="00F17052" w:rsidP="00900ECA">
            <w:pPr>
              <w:pStyle w:val="Heading1"/>
              <w:jc w:val="center"/>
              <w:rPr>
                <w:rFonts w:cstheme="majorHAnsi"/>
              </w:rPr>
            </w:pPr>
            <w:r w:rsidRPr="00F17052">
              <w:rPr>
                <w:rFonts w:cstheme="majorHAnsi"/>
              </w:rPr>
              <w:t>A</w:t>
            </w:r>
            <w:r>
              <w:rPr>
                <w:rFonts w:cstheme="majorHAnsi"/>
              </w:rPr>
              <w:t>rea</w:t>
            </w:r>
          </w:p>
          <w:p w14:paraId="67877F86" w14:textId="54BDF596" w:rsidR="00F17052" w:rsidRPr="00E13257" w:rsidRDefault="00F17052" w:rsidP="00900ECA">
            <w:pPr>
              <w:jc w:val="center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16E3147" w14:textId="6DD459EF" w:rsidR="00F17052" w:rsidRPr="00F17052" w:rsidRDefault="00F17052" w:rsidP="00E21D73">
            <w:pPr>
              <w:pStyle w:val="Heading1"/>
              <w:jc w:val="center"/>
              <w:rPr>
                <w:rFonts w:cstheme="majorHAnsi"/>
              </w:rPr>
            </w:pPr>
            <w:r w:rsidRPr="00F17052">
              <w:rPr>
                <w:rFonts w:cstheme="majorHAnsi"/>
              </w:rPr>
              <w:t>Task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342C31" w14:textId="49EB92D7" w:rsidR="00F17052" w:rsidRPr="00F17052" w:rsidRDefault="00F17052" w:rsidP="00900ECA">
            <w:pPr>
              <w:pStyle w:val="Heading1"/>
              <w:jc w:val="center"/>
              <w:rPr>
                <w:rFonts w:cstheme="majorHAnsi"/>
              </w:rPr>
            </w:pPr>
            <w:r w:rsidRPr="00F17052">
              <w:rPr>
                <w:rFonts w:cstheme="majorHAnsi"/>
              </w:rPr>
              <w:t>Daily/Weekly/Monthly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903EF2" w14:textId="6D6D2156" w:rsidR="00F17052" w:rsidRPr="00F17052" w:rsidRDefault="00F17052" w:rsidP="00900ECA">
            <w:pPr>
              <w:pStyle w:val="Heading1"/>
              <w:jc w:val="center"/>
              <w:rPr>
                <w:rFonts w:cstheme="majorHAnsi"/>
              </w:rPr>
            </w:pPr>
            <w:r w:rsidRPr="00F17052">
              <w:rPr>
                <w:rFonts w:cstheme="majorHAnsi"/>
              </w:rPr>
              <w:t xml:space="preserve">Have all checks in </w:t>
            </w:r>
            <w:r w:rsidRPr="00F17052">
              <w:rPr>
                <w:rFonts w:cstheme="majorHAnsi"/>
              </w:rPr>
              <w:lastRenderedPageBreak/>
              <w:t>the checklist been conducted?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FCA2D0" w14:textId="2767706C" w:rsidR="00F17052" w:rsidRPr="00F17052" w:rsidRDefault="00F17052" w:rsidP="00900ECA">
            <w:pPr>
              <w:pStyle w:val="Heading1"/>
              <w:jc w:val="center"/>
              <w:rPr>
                <w:rFonts w:cstheme="majorHAnsi"/>
              </w:rPr>
            </w:pPr>
            <w:r w:rsidRPr="00F17052">
              <w:rPr>
                <w:rFonts w:cstheme="majorHAnsi"/>
              </w:rPr>
              <w:lastRenderedPageBreak/>
              <w:t xml:space="preserve">Is the checklist </w:t>
            </w:r>
            <w:r w:rsidRPr="00F17052">
              <w:rPr>
                <w:rFonts w:cstheme="majorHAnsi"/>
              </w:rPr>
              <w:lastRenderedPageBreak/>
              <w:t>signed and dated?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CBC060" w14:textId="0EA4DB47" w:rsidR="00F17052" w:rsidRPr="00F17052" w:rsidRDefault="00F17052" w:rsidP="00900ECA">
            <w:pPr>
              <w:pStyle w:val="Heading1"/>
              <w:jc w:val="center"/>
              <w:rPr>
                <w:rFonts w:cstheme="majorHAnsi"/>
              </w:rPr>
            </w:pPr>
            <w:r w:rsidRPr="00F17052">
              <w:rPr>
                <w:rFonts w:cstheme="majorHAnsi"/>
              </w:rPr>
              <w:lastRenderedPageBreak/>
              <w:t>Comments</w:t>
            </w:r>
          </w:p>
        </w:tc>
      </w:tr>
      <w:tr w:rsidR="00270A50" w:rsidRPr="00E13257" w14:paraId="5E11EB4C" w14:textId="77777777" w:rsidTr="63CAD2DB">
        <w:trPr>
          <w:trHeight w:val="300"/>
        </w:trPr>
        <w:tc>
          <w:tcPr>
            <w:tcW w:w="9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AB3E0C" w14:textId="3083A094" w:rsidR="00270A50" w:rsidRPr="00E13257" w:rsidRDefault="00270A50" w:rsidP="00F17052">
            <w:pPr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E13257">
              <w:rPr>
                <w:rFonts w:asciiTheme="majorHAnsi" w:hAnsiTheme="majorHAnsi" w:cstheme="majorHAnsi"/>
                <w:b/>
                <w:bCs/>
                <w:lang w:val="en-GB"/>
              </w:rPr>
              <w:t xml:space="preserve">Children’s 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B9C18" w14:textId="051505AD" w:rsidR="00270A50" w:rsidRPr="00E21D73" w:rsidRDefault="00270A50" w:rsidP="00F17052">
            <w:pPr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E21D73">
              <w:rPr>
                <w:rFonts w:asciiTheme="majorHAnsi" w:hAnsiTheme="majorHAnsi" w:cstheme="majorHAnsi"/>
                <w:b/>
                <w:bCs/>
                <w:lang w:val="en-GB"/>
              </w:rPr>
              <w:t xml:space="preserve">Tap Running 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C8A1" w14:textId="62CC13B1" w:rsidR="00270A50" w:rsidRPr="00E13257" w:rsidRDefault="00270A50" w:rsidP="00F17052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Weekly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2442" w14:textId="5F251E21" w:rsidR="00270A50" w:rsidRPr="00E13257" w:rsidRDefault="00270A50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D74A" w14:textId="77777777" w:rsidR="00270A50" w:rsidRPr="00E13257" w:rsidRDefault="00270A50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3CDB55" w14:textId="6FFEE6D1" w:rsidR="00270A50" w:rsidRPr="00E13257" w:rsidRDefault="00270A50" w:rsidP="00F17052">
            <w:pPr>
              <w:rPr>
                <w:rFonts w:asciiTheme="majorHAnsi" w:hAnsiTheme="majorHAnsi" w:cstheme="majorHAnsi"/>
                <w:lang w:val="en-GB"/>
              </w:rPr>
            </w:pPr>
            <w:r w:rsidRPr="00E13257">
              <w:rPr>
                <w:rFonts w:asciiTheme="majorHAnsi" w:hAnsiTheme="majorHAnsi" w:cstheme="majorHAnsi"/>
                <w:lang w:val="en-GB"/>
              </w:rPr>
              <w:t> </w:t>
            </w:r>
          </w:p>
        </w:tc>
      </w:tr>
      <w:tr w:rsidR="00270A50" w:rsidRPr="00E13257" w14:paraId="6C9CCEBE" w14:textId="77777777" w:rsidTr="63CAD2DB">
        <w:trPr>
          <w:trHeight w:val="300"/>
        </w:trPr>
        <w:tc>
          <w:tcPr>
            <w:tcW w:w="998" w:type="dxa"/>
            <w:vMerge/>
          </w:tcPr>
          <w:p w14:paraId="707CAFB4" w14:textId="3A9F883F" w:rsidR="00270A50" w:rsidRPr="00E13257" w:rsidRDefault="00270A50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969F7" w14:textId="3DED833F" w:rsidR="00E21D73" w:rsidRPr="00E21D73" w:rsidRDefault="00E21D73" w:rsidP="00F17052">
            <w:pPr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E21D73">
              <w:rPr>
                <w:rFonts w:asciiTheme="majorHAnsi" w:hAnsiTheme="majorHAnsi" w:cstheme="majorHAnsi"/>
                <w:b/>
                <w:bCs/>
                <w:lang w:val="en-GB"/>
              </w:rPr>
              <w:t>Pharmacy Requisition Log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9824" w14:textId="7B21331C" w:rsidR="00270A50" w:rsidRPr="00E13257" w:rsidRDefault="61BF140D" w:rsidP="63CAD2DB">
            <w:r w:rsidRPr="63CAD2DB">
              <w:rPr>
                <w:rFonts w:asciiTheme="majorHAnsi" w:hAnsiTheme="majorHAnsi" w:cstheme="majorBidi"/>
                <w:lang w:val="en-GB"/>
              </w:rPr>
              <w:t xml:space="preserve">As Required </w:t>
            </w:r>
            <w:r w:rsidRPr="63CAD2DB">
              <w:rPr>
                <w:rFonts w:asciiTheme="majorHAnsi" w:hAnsiTheme="majorHAnsi" w:cstheme="majorBidi"/>
                <w:i/>
                <w:iCs/>
                <w:lang w:val="en-GB"/>
              </w:rPr>
              <w:t>(only used when medicines are ordered)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E85E8" w14:textId="1D19EC52" w:rsidR="00270A50" w:rsidRPr="00E13257" w:rsidRDefault="00270A50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AF48E" w14:textId="77777777" w:rsidR="00270A50" w:rsidRPr="00E13257" w:rsidRDefault="00270A50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3CD2E" w14:textId="45F4F2FF" w:rsidR="00270A50" w:rsidRPr="00E13257" w:rsidRDefault="00270A50" w:rsidP="00F17052">
            <w:pPr>
              <w:rPr>
                <w:rFonts w:asciiTheme="majorHAnsi" w:hAnsiTheme="majorHAnsi" w:cstheme="majorHAnsi"/>
                <w:lang w:val="en-GB"/>
              </w:rPr>
            </w:pPr>
            <w:r w:rsidRPr="00E13257">
              <w:rPr>
                <w:rFonts w:asciiTheme="majorHAnsi" w:hAnsiTheme="majorHAnsi" w:cstheme="majorHAnsi"/>
                <w:lang w:val="en-GB"/>
              </w:rPr>
              <w:t> </w:t>
            </w:r>
          </w:p>
        </w:tc>
      </w:tr>
      <w:tr w:rsidR="00E21D73" w:rsidRPr="00E13257" w14:paraId="4F8928A1" w14:textId="77777777" w:rsidTr="63CAD2DB">
        <w:trPr>
          <w:trHeight w:val="300"/>
        </w:trPr>
        <w:tc>
          <w:tcPr>
            <w:tcW w:w="998" w:type="dxa"/>
            <w:vMerge/>
          </w:tcPr>
          <w:p w14:paraId="26DF3F70" w14:textId="77777777" w:rsidR="00E21D73" w:rsidRPr="00E13257" w:rsidRDefault="00E21D73" w:rsidP="00E21D7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8035" w14:textId="3E23143D" w:rsidR="00E21D73" w:rsidRPr="00E21D73" w:rsidRDefault="00E21D73" w:rsidP="00E21D73">
            <w:pPr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E21D73">
              <w:rPr>
                <w:rFonts w:asciiTheme="majorHAnsi" w:hAnsiTheme="majorHAnsi" w:cstheme="majorHAnsi"/>
                <w:b/>
                <w:bCs/>
                <w:lang w:val="en-GB"/>
              </w:rPr>
              <w:t>Hypoglycaemia Emergency Grab box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046E6" w14:textId="4D20EB61" w:rsidR="00E21D73" w:rsidRDefault="00E21D73" w:rsidP="00E21D73">
            <w:pPr>
              <w:rPr>
                <w:rFonts w:asciiTheme="majorHAnsi" w:hAnsiTheme="majorHAnsi" w:cstheme="majorHAnsi"/>
                <w:lang w:val="en-GB"/>
              </w:rPr>
            </w:pPr>
            <w:r w:rsidRPr="00E20122">
              <w:rPr>
                <w:rFonts w:asciiTheme="majorHAnsi" w:hAnsiTheme="majorHAnsi" w:cstheme="majorHAnsi"/>
                <w:lang w:val="en-GB"/>
              </w:rPr>
              <w:t>Weekly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0A1" w14:textId="77777777" w:rsidR="00E21D73" w:rsidRPr="00E13257" w:rsidRDefault="00E21D73" w:rsidP="00E21D7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10D7" w14:textId="77777777" w:rsidR="00E21D73" w:rsidRPr="00E13257" w:rsidRDefault="00E21D73" w:rsidP="00E21D7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E7B7" w14:textId="77777777" w:rsidR="00E21D73" w:rsidRPr="00E13257" w:rsidRDefault="00E21D73" w:rsidP="00E21D73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E21D73" w:rsidRPr="00E13257" w14:paraId="2B39A961" w14:textId="77777777" w:rsidTr="63CAD2DB">
        <w:trPr>
          <w:trHeight w:val="300"/>
        </w:trPr>
        <w:tc>
          <w:tcPr>
            <w:tcW w:w="998" w:type="dxa"/>
            <w:vMerge/>
          </w:tcPr>
          <w:p w14:paraId="178DB48F" w14:textId="77777777" w:rsidR="00E21D73" w:rsidRPr="00E13257" w:rsidRDefault="00E21D73" w:rsidP="00E21D7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485CD" w14:textId="4E17B09C" w:rsidR="00E21D73" w:rsidRPr="00E21D73" w:rsidRDefault="00E21D73" w:rsidP="00E21D73">
            <w:pPr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E21D73">
              <w:rPr>
                <w:rFonts w:asciiTheme="majorHAnsi" w:hAnsiTheme="majorHAnsi" w:cstheme="majorHAnsi"/>
                <w:b/>
                <w:bCs/>
                <w:lang w:val="en-GB"/>
              </w:rPr>
              <w:t xml:space="preserve">Children’s Drugs Cupboard and Fridge stock 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D79F" w14:textId="02F2C587" w:rsidR="00E21D73" w:rsidRDefault="00E21D73" w:rsidP="00E21D73">
            <w:pPr>
              <w:rPr>
                <w:rFonts w:asciiTheme="majorHAnsi" w:hAnsiTheme="majorHAnsi" w:cstheme="majorHAnsi"/>
                <w:lang w:val="en-GB"/>
              </w:rPr>
            </w:pPr>
            <w:r w:rsidRPr="00E20122">
              <w:rPr>
                <w:rFonts w:asciiTheme="majorHAnsi" w:hAnsiTheme="majorHAnsi" w:cstheme="majorHAnsi"/>
                <w:lang w:val="en-GB"/>
              </w:rPr>
              <w:t>Weekly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D9EA" w14:textId="77777777" w:rsidR="00E21D73" w:rsidRPr="00E13257" w:rsidRDefault="00E21D73" w:rsidP="00E21D7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58FE4" w14:textId="77777777" w:rsidR="00E21D73" w:rsidRPr="00E13257" w:rsidRDefault="00E21D73" w:rsidP="00E21D73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E0C45" w14:textId="77777777" w:rsidR="00E21D73" w:rsidRPr="00E13257" w:rsidRDefault="00E21D73" w:rsidP="00E21D73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270A50" w:rsidRPr="00E13257" w14:paraId="0D8B07DA" w14:textId="77777777" w:rsidTr="63CAD2DB">
        <w:trPr>
          <w:trHeight w:val="300"/>
        </w:trPr>
        <w:tc>
          <w:tcPr>
            <w:tcW w:w="998" w:type="dxa"/>
            <w:vMerge/>
          </w:tcPr>
          <w:p w14:paraId="56B4335A" w14:textId="61F35962" w:rsidR="00270A50" w:rsidRPr="00E13257" w:rsidRDefault="00270A50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C639" w14:textId="1A6781EC" w:rsidR="00270A50" w:rsidRPr="00E21D73" w:rsidRDefault="00270A50" w:rsidP="00270A50">
            <w:pPr>
              <w:rPr>
                <w:rFonts w:asciiTheme="majorHAnsi" w:hAnsiTheme="majorHAnsi" w:cstheme="majorHAnsi"/>
                <w:b/>
                <w:bCs/>
                <w:lang w:val="en-GB"/>
              </w:rPr>
            </w:pPr>
            <w:r w:rsidRPr="00E21D73">
              <w:rPr>
                <w:rFonts w:asciiTheme="majorHAnsi" w:hAnsiTheme="majorHAnsi" w:cstheme="majorHAnsi"/>
                <w:b/>
                <w:bCs/>
                <w:lang w:val="en-GB"/>
              </w:rPr>
              <w:t>Procedure trolley cleaning</w:t>
            </w:r>
          </w:p>
          <w:p w14:paraId="1686836B" w14:textId="77777777" w:rsidR="00270A50" w:rsidRPr="00E21D73" w:rsidRDefault="00270A50" w:rsidP="00F17052">
            <w:pPr>
              <w:rPr>
                <w:rFonts w:asciiTheme="majorHAnsi" w:hAnsiTheme="majorHAnsi" w:cstheme="majorHAnsi"/>
                <w:b/>
                <w:bCs/>
                <w:lang w:val="en-GB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7F633" w14:textId="17B82CE2" w:rsidR="00270A50" w:rsidRPr="00E13257" w:rsidRDefault="00270A50" w:rsidP="00F17052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 xml:space="preserve">Monthly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B83DF" w14:textId="153A9C7A" w:rsidR="00270A50" w:rsidRPr="00E13257" w:rsidRDefault="00270A50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9B4D" w14:textId="77777777" w:rsidR="00270A50" w:rsidRPr="00E13257" w:rsidRDefault="00270A50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EEE5B" w14:textId="6224D635" w:rsidR="00270A50" w:rsidRPr="00E13257" w:rsidRDefault="00270A50" w:rsidP="00F17052">
            <w:pPr>
              <w:rPr>
                <w:rFonts w:asciiTheme="majorHAnsi" w:hAnsiTheme="majorHAnsi" w:cstheme="majorHAnsi"/>
                <w:lang w:val="en-GB"/>
              </w:rPr>
            </w:pPr>
            <w:r w:rsidRPr="00E13257">
              <w:rPr>
                <w:rFonts w:asciiTheme="majorHAnsi" w:hAnsiTheme="majorHAnsi" w:cstheme="majorHAnsi"/>
                <w:lang w:val="en-GB"/>
              </w:rPr>
              <w:t> </w:t>
            </w:r>
          </w:p>
        </w:tc>
      </w:tr>
      <w:tr w:rsidR="00855FA7" w:rsidRPr="00E13257" w14:paraId="1692F83C" w14:textId="77777777" w:rsidTr="63CAD2DB">
        <w:trPr>
          <w:trHeight w:val="300"/>
        </w:trPr>
        <w:tc>
          <w:tcPr>
            <w:tcW w:w="998" w:type="dxa"/>
          </w:tcPr>
          <w:p w14:paraId="73BD7ABA" w14:textId="77777777" w:rsidR="00855FA7" w:rsidRPr="00E13257" w:rsidRDefault="00855FA7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154D" w14:textId="7F5B50A9" w:rsidR="00855FA7" w:rsidRPr="00E21D73" w:rsidRDefault="00855FA7" w:rsidP="00270A50">
            <w:pPr>
              <w:rPr>
                <w:rFonts w:asciiTheme="majorHAnsi" w:hAnsiTheme="majorHAnsi" w:cstheme="majorHAnsi"/>
                <w:b/>
                <w:bCs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lang w:val="en-GB"/>
              </w:rPr>
              <w:t xml:space="preserve">First Aid Kit 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FBD2" w14:textId="283861BF" w:rsidR="00855FA7" w:rsidRDefault="007535B5" w:rsidP="00F17052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Every 3 months</w:t>
            </w:r>
            <w:r>
              <w:rPr>
                <w:rFonts w:asciiTheme="majorHAnsi" w:hAnsiTheme="majorHAnsi" w:cstheme="majorHAnsi"/>
                <w:lang w:val="en-GB"/>
              </w:rPr>
              <w:t xml:space="preserve">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C80C1" w14:textId="77777777" w:rsidR="00855FA7" w:rsidRPr="00E13257" w:rsidRDefault="00855FA7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414F" w14:textId="77777777" w:rsidR="00855FA7" w:rsidRPr="00E13257" w:rsidRDefault="00855FA7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3B55" w14:textId="77777777" w:rsidR="00855FA7" w:rsidRPr="00E13257" w:rsidRDefault="00855FA7" w:rsidP="00F17052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270A50" w:rsidRPr="00E13257" w14:paraId="4094EBC0" w14:textId="77777777" w:rsidTr="63CAD2DB">
        <w:trPr>
          <w:trHeight w:val="300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6E16B" w14:textId="78F27B1C" w:rsidR="00270A50" w:rsidRPr="00E13257" w:rsidRDefault="00270A50" w:rsidP="00900ECA">
            <w:pPr>
              <w:jc w:val="center"/>
              <w:rPr>
                <w:rFonts w:asciiTheme="majorHAnsi" w:hAnsiTheme="majorHAnsi" w:cstheme="majorHAnsi"/>
                <w:lang w:val="en-GB"/>
              </w:rPr>
            </w:pPr>
          </w:p>
          <w:p w14:paraId="0622B751" w14:textId="0969D2B1" w:rsidR="00270A50" w:rsidRPr="00F17052" w:rsidRDefault="00270A50" w:rsidP="00900ECA">
            <w:pPr>
              <w:pStyle w:val="Heading1"/>
              <w:jc w:val="center"/>
              <w:rPr>
                <w:rFonts w:cstheme="majorHAnsi"/>
              </w:rPr>
            </w:pPr>
            <w:r w:rsidRPr="00F17052">
              <w:rPr>
                <w:rFonts w:cstheme="majorHAnsi"/>
              </w:rPr>
              <w:t>A</w:t>
            </w:r>
            <w:r>
              <w:rPr>
                <w:rFonts w:cstheme="majorHAnsi"/>
              </w:rPr>
              <w:t>rea</w:t>
            </w:r>
          </w:p>
          <w:p w14:paraId="3342E011" w14:textId="3BC48AF8" w:rsidR="00270A50" w:rsidRPr="00E13257" w:rsidRDefault="00270A50" w:rsidP="00900ECA">
            <w:pPr>
              <w:jc w:val="center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85105" w14:textId="7E142E8C" w:rsidR="00270A50" w:rsidRPr="00270A50" w:rsidRDefault="00270A50" w:rsidP="00900ECA">
            <w:pPr>
              <w:pStyle w:val="Heading1"/>
              <w:jc w:val="center"/>
              <w:rPr>
                <w:rFonts w:cstheme="majorHAnsi"/>
              </w:rPr>
            </w:pPr>
            <w:r w:rsidRPr="00F17052">
              <w:rPr>
                <w:rFonts w:cstheme="majorHAnsi"/>
              </w:rPr>
              <w:t>Task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B433" w14:textId="674AA49F" w:rsidR="00270A50" w:rsidRPr="00270A50" w:rsidRDefault="00270A50" w:rsidP="00900ECA">
            <w:pPr>
              <w:pStyle w:val="Heading1"/>
              <w:jc w:val="center"/>
              <w:rPr>
                <w:rFonts w:cstheme="majorHAnsi"/>
              </w:rPr>
            </w:pPr>
            <w:r w:rsidRPr="00F17052">
              <w:rPr>
                <w:rFonts w:cstheme="majorHAnsi"/>
              </w:rPr>
              <w:t>Daily/Weekly/Monthly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F5B3" w14:textId="359A5A07" w:rsidR="00270A50" w:rsidRPr="00270A50" w:rsidRDefault="00270A50" w:rsidP="00900ECA">
            <w:pPr>
              <w:pStyle w:val="Heading1"/>
              <w:jc w:val="center"/>
              <w:rPr>
                <w:rFonts w:cstheme="majorHAnsi"/>
              </w:rPr>
            </w:pPr>
            <w:r w:rsidRPr="00F17052">
              <w:rPr>
                <w:rFonts w:cstheme="majorHAnsi"/>
              </w:rPr>
              <w:t>Have all checks in the checklist been conducted?</w:t>
            </w: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51F4" w14:textId="3C0A4E8C" w:rsidR="00270A50" w:rsidRPr="00270A50" w:rsidRDefault="00270A50" w:rsidP="00900ECA">
            <w:pPr>
              <w:pStyle w:val="Heading1"/>
              <w:jc w:val="center"/>
              <w:rPr>
                <w:rFonts w:cstheme="majorHAnsi"/>
              </w:rPr>
            </w:pPr>
            <w:r w:rsidRPr="00F17052">
              <w:rPr>
                <w:rFonts w:cstheme="majorHAnsi"/>
              </w:rPr>
              <w:t>Is the checklist signed and dated?</w:t>
            </w: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4DA074" w14:textId="7D7C9874" w:rsidR="00270A50" w:rsidRPr="00270A50" w:rsidRDefault="00270A50" w:rsidP="00900ECA">
            <w:pPr>
              <w:pStyle w:val="Heading1"/>
              <w:jc w:val="center"/>
              <w:rPr>
                <w:rFonts w:cstheme="majorHAnsi"/>
              </w:rPr>
            </w:pPr>
            <w:r w:rsidRPr="00F17052">
              <w:rPr>
                <w:rFonts w:cstheme="majorHAnsi"/>
              </w:rPr>
              <w:t>Comments</w:t>
            </w:r>
          </w:p>
        </w:tc>
      </w:tr>
      <w:tr w:rsidR="00270A50" w:rsidRPr="00E13257" w14:paraId="245B4D20" w14:textId="77777777" w:rsidTr="63CAD2DB">
        <w:trPr>
          <w:trHeight w:val="300"/>
        </w:trPr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4FCA4" w14:textId="5EC847B2" w:rsidR="00270A50" w:rsidRPr="00E13257" w:rsidRDefault="00270A50" w:rsidP="30F748C2">
            <w:pPr>
              <w:rPr>
                <w:rFonts w:asciiTheme="majorHAnsi" w:hAnsiTheme="majorHAnsi" w:cstheme="majorBidi"/>
                <w:b/>
                <w:bCs/>
                <w:lang w:val="en-GB"/>
              </w:rPr>
            </w:pPr>
            <w:r w:rsidRPr="30F748C2">
              <w:rPr>
                <w:rFonts w:asciiTheme="majorHAnsi" w:hAnsiTheme="majorHAnsi" w:cstheme="majorBidi"/>
                <w:b/>
                <w:bCs/>
                <w:lang w:val="en-GB"/>
              </w:rPr>
              <w:t>Combined</w:t>
            </w:r>
          </w:p>
        </w:tc>
        <w:tc>
          <w:tcPr>
            <w:tcW w:w="1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63B4" w14:textId="380251EC" w:rsidR="00270A50" w:rsidRPr="00E21D73" w:rsidRDefault="00270A50" w:rsidP="43E12FF9">
            <w:pPr>
              <w:rPr>
                <w:rFonts w:asciiTheme="majorHAnsi" w:hAnsiTheme="majorHAnsi" w:cstheme="majorBidi"/>
                <w:b/>
                <w:bCs/>
                <w:lang w:val="en-GB"/>
              </w:rPr>
            </w:pPr>
            <w:r w:rsidRPr="00E21D73">
              <w:rPr>
                <w:rFonts w:asciiTheme="majorHAnsi" w:hAnsiTheme="majorHAnsi" w:cstheme="majorBidi"/>
                <w:b/>
                <w:bCs/>
                <w:lang w:val="en-GB"/>
              </w:rPr>
              <w:t xml:space="preserve">RESUS </w:t>
            </w:r>
            <w:r w:rsidR="30A230ED" w:rsidRPr="00E21D73">
              <w:rPr>
                <w:rFonts w:asciiTheme="majorHAnsi" w:hAnsiTheme="majorHAnsi" w:cstheme="majorBidi"/>
                <w:b/>
                <w:bCs/>
                <w:lang w:val="en-GB"/>
              </w:rPr>
              <w:t>Trolley Full Check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82B48" w14:textId="422B1B8F" w:rsidR="00270A50" w:rsidRPr="00E13257" w:rsidRDefault="00270A50" w:rsidP="00270A50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 xml:space="preserve">Monthly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0747" w14:textId="6F63D04C" w:rsidR="00270A50" w:rsidRPr="00E13257" w:rsidRDefault="00270A50" w:rsidP="00270A50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E10F1" w14:textId="77777777" w:rsidR="00270A50" w:rsidRPr="00E13257" w:rsidRDefault="00270A50" w:rsidP="00270A50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010962" w14:textId="419C02A3" w:rsidR="00270A50" w:rsidRPr="00E13257" w:rsidRDefault="00270A50" w:rsidP="00270A50">
            <w:pPr>
              <w:rPr>
                <w:rFonts w:asciiTheme="majorHAnsi" w:hAnsiTheme="majorHAnsi" w:cstheme="majorHAnsi"/>
                <w:lang w:val="en-GB"/>
              </w:rPr>
            </w:pPr>
            <w:r w:rsidRPr="00E13257">
              <w:rPr>
                <w:rFonts w:asciiTheme="majorHAnsi" w:hAnsiTheme="majorHAnsi" w:cstheme="majorHAnsi"/>
                <w:lang w:val="en-GB"/>
              </w:rPr>
              <w:t> </w:t>
            </w:r>
          </w:p>
        </w:tc>
      </w:tr>
    </w:tbl>
    <w:p w14:paraId="09F9E34E" w14:textId="77777777" w:rsidR="009C24C2" w:rsidRPr="00E13257" w:rsidRDefault="009C24C2" w:rsidP="009C24C2">
      <w:pPr>
        <w:rPr>
          <w:rFonts w:asciiTheme="majorHAnsi" w:hAnsiTheme="majorHAnsi" w:cstheme="majorHAnsi"/>
        </w:rPr>
      </w:pPr>
    </w:p>
    <w:p w14:paraId="5C2F2D09" w14:textId="77777777" w:rsidR="00917F0F" w:rsidRPr="009829DD" w:rsidRDefault="00917F0F" w:rsidP="00917F0F">
      <w:pPr>
        <w:pStyle w:val="Heading2"/>
        <w:rPr>
          <w:rFonts w:cstheme="majorHAnsi"/>
          <w:sz w:val="24"/>
          <w:szCs w:val="24"/>
        </w:rPr>
      </w:pPr>
      <w:r w:rsidRPr="009829DD">
        <w:rPr>
          <w:rFonts w:cstheme="majorHAnsi"/>
          <w:sz w:val="24"/>
          <w:szCs w:val="24"/>
        </w:rPr>
        <w:t>Audit Report</w:t>
      </w:r>
    </w:p>
    <w:tbl>
      <w:tblPr>
        <w:tblStyle w:val="TableGrid"/>
        <w:tblW w:w="9512" w:type="dxa"/>
        <w:tblLook w:val="04A0" w:firstRow="1" w:lastRow="0" w:firstColumn="1" w:lastColumn="0" w:noHBand="0" w:noVBand="1"/>
      </w:tblPr>
      <w:tblGrid>
        <w:gridCol w:w="1624"/>
        <w:gridCol w:w="1578"/>
        <w:gridCol w:w="2798"/>
        <w:gridCol w:w="1756"/>
        <w:gridCol w:w="1756"/>
      </w:tblGrid>
      <w:tr w:rsidR="00A21263" w:rsidRPr="009829DD" w14:paraId="3B6BDAD7" w14:textId="4483C93F" w:rsidTr="00A21263">
        <w:trPr>
          <w:trHeight w:val="929"/>
        </w:trPr>
        <w:tc>
          <w:tcPr>
            <w:tcW w:w="1624" w:type="dxa"/>
          </w:tcPr>
          <w:p w14:paraId="536DBB93" w14:textId="77777777" w:rsidR="00A21263" w:rsidRPr="00A21263" w:rsidRDefault="00A21263" w:rsidP="00F959B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126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1578" w:type="dxa"/>
          </w:tcPr>
          <w:p w14:paraId="33C1E140" w14:textId="77777777" w:rsidR="00A21263" w:rsidRPr="00A21263" w:rsidRDefault="00A21263" w:rsidP="00F959B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126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Finding </w:t>
            </w:r>
          </w:p>
        </w:tc>
        <w:tc>
          <w:tcPr>
            <w:tcW w:w="2798" w:type="dxa"/>
          </w:tcPr>
          <w:p w14:paraId="2FEB2ED7" w14:textId="77777777" w:rsidR="00A21263" w:rsidRPr="00A21263" w:rsidRDefault="00A21263" w:rsidP="00F959B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126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Immediate/Corrective Action</w:t>
            </w:r>
          </w:p>
        </w:tc>
        <w:tc>
          <w:tcPr>
            <w:tcW w:w="1756" w:type="dxa"/>
          </w:tcPr>
          <w:p w14:paraId="6C70B8BB" w14:textId="77777777" w:rsidR="00A21263" w:rsidRPr="00A21263" w:rsidRDefault="00A21263" w:rsidP="00F959B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126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Preventative Action </w:t>
            </w:r>
          </w:p>
        </w:tc>
        <w:tc>
          <w:tcPr>
            <w:tcW w:w="1756" w:type="dxa"/>
          </w:tcPr>
          <w:p w14:paraId="0ECC5A38" w14:textId="2A4E4472" w:rsidR="00A21263" w:rsidRPr="00A21263" w:rsidRDefault="00A21263" w:rsidP="00F959B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2126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Completed by (initials and date)</w:t>
            </w:r>
          </w:p>
        </w:tc>
      </w:tr>
      <w:tr w:rsidR="00A21263" w:rsidRPr="009829DD" w14:paraId="0ADC65C7" w14:textId="50ADD223" w:rsidTr="00A21263">
        <w:trPr>
          <w:trHeight w:val="464"/>
        </w:trPr>
        <w:tc>
          <w:tcPr>
            <w:tcW w:w="1624" w:type="dxa"/>
          </w:tcPr>
          <w:p w14:paraId="178B7A0A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78" w:type="dxa"/>
          </w:tcPr>
          <w:p w14:paraId="5CD58B40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074C0A3E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56" w:type="dxa"/>
          </w:tcPr>
          <w:p w14:paraId="0B31A6E5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56" w:type="dxa"/>
          </w:tcPr>
          <w:p w14:paraId="3763609B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21263" w:rsidRPr="009829DD" w14:paraId="0F047269" w14:textId="7A7DF69E" w:rsidTr="00A21263">
        <w:trPr>
          <w:trHeight w:val="464"/>
        </w:trPr>
        <w:tc>
          <w:tcPr>
            <w:tcW w:w="1624" w:type="dxa"/>
          </w:tcPr>
          <w:p w14:paraId="62922E41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78" w:type="dxa"/>
          </w:tcPr>
          <w:p w14:paraId="1D0554A6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708D2065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56" w:type="dxa"/>
          </w:tcPr>
          <w:p w14:paraId="7120B674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56" w:type="dxa"/>
          </w:tcPr>
          <w:p w14:paraId="4D6B0335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21263" w:rsidRPr="009829DD" w14:paraId="7495B704" w14:textId="1D66F32E" w:rsidTr="00A21263">
        <w:trPr>
          <w:trHeight w:val="464"/>
        </w:trPr>
        <w:tc>
          <w:tcPr>
            <w:tcW w:w="1624" w:type="dxa"/>
          </w:tcPr>
          <w:p w14:paraId="4DA03A2D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78" w:type="dxa"/>
          </w:tcPr>
          <w:p w14:paraId="16E4A17F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5C14541C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56" w:type="dxa"/>
          </w:tcPr>
          <w:p w14:paraId="12EBA13F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56" w:type="dxa"/>
          </w:tcPr>
          <w:p w14:paraId="118BE6E8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21263" w:rsidRPr="009829DD" w14:paraId="0BEA1E57" w14:textId="3F2618CA" w:rsidTr="00A21263">
        <w:trPr>
          <w:trHeight w:val="464"/>
        </w:trPr>
        <w:tc>
          <w:tcPr>
            <w:tcW w:w="1624" w:type="dxa"/>
          </w:tcPr>
          <w:p w14:paraId="0A527260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78" w:type="dxa"/>
          </w:tcPr>
          <w:p w14:paraId="17FA74E4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7E630227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56" w:type="dxa"/>
          </w:tcPr>
          <w:p w14:paraId="37567C44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56" w:type="dxa"/>
          </w:tcPr>
          <w:p w14:paraId="3391D44D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21263" w:rsidRPr="009829DD" w14:paraId="02A53BE3" w14:textId="7C8A5C6B" w:rsidTr="00A21263">
        <w:trPr>
          <w:trHeight w:val="437"/>
        </w:trPr>
        <w:tc>
          <w:tcPr>
            <w:tcW w:w="1624" w:type="dxa"/>
          </w:tcPr>
          <w:p w14:paraId="5894E3A3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78" w:type="dxa"/>
          </w:tcPr>
          <w:p w14:paraId="62EDD967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98" w:type="dxa"/>
          </w:tcPr>
          <w:p w14:paraId="59BA218D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56" w:type="dxa"/>
          </w:tcPr>
          <w:p w14:paraId="54A615F5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756" w:type="dxa"/>
          </w:tcPr>
          <w:p w14:paraId="63087BE4" w14:textId="77777777" w:rsidR="00A21263" w:rsidRPr="009829DD" w:rsidRDefault="00A21263" w:rsidP="00F959B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005894D3" w14:textId="77777777" w:rsidR="00917F0F" w:rsidRDefault="00917F0F" w:rsidP="00917F0F">
      <w:pPr>
        <w:rPr>
          <w:rFonts w:asciiTheme="majorHAnsi" w:hAnsiTheme="majorHAnsi" w:cstheme="majorHAnsi"/>
          <w:sz w:val="24"/>
          <w:szCs w:val="24"/>
        </w:rPr>
      </w:pPr>
    </w:p>
    <w:p w14:paraId="1D0953A7" w14:textId="77777777" w:rsidR="00E21D73" w:rsidRPr="009829DD" w:rsidRDefault="00E21D73" w:rsidP="00E21D73">
      <w:pPr>
        <w:pStyle w:val="Heading2"/>
        <w:rPr>
          <w:rFonts w:cstheme="majorHAnsi"/>
          <w:sz w:val="24"/>
          <w:szCs w:val="24"/>
        </w:rPr>
      </w:pPr>
      <w:r w:rsidRPr="009829DD">
        <w:rPr>
          <w:rFonts w:cstheme="majorHAnsi"/>
          <w:sz w:val="24"/>
          <w:szCs w:val="24"/>
        </w:rPr>
        <w:t>Audit Summary</w:t>
      </w:r>
    </w:p>
    <w:p w14:paraId="1573F84D" w14:textId="4DB25BED" w:rsidR="00E21D73" w:rsidRDefault="00E21D73" w:rsidP="00917F0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80A590" w14:textId="77777777" w:rsidR="00E21D73" w:rsidRPr="009829DD" w:rsidRDefault="00E21D73" w:rsidP="00917F0F">
      <w:pPr>
        <w:rPr>
          <w:rFonts w:asciiTheme="majorHAnsi" w:hAnsiTheme="majorHAnsi" w:cstheme="majorHAnsi"/>
          <w:sz w:val="24"/>
          <w:szCs w:val="24"/>
        </w:rPr>
      </w:pPr>
    </w:p>
    <w:p w14:paraId="22E31BCA" w14:textId="77777777" w:rsidR="00917F0F" w:rsidRDefault="00917F0F" w:rsidP="00917F0F">
      <w:pPr>
        <w:rPr>
          <w:rFonts w:asciiTheme="majorHAnsi" w:hAnsiTheme="majorHAnsi" w:cstheme="majorHAnsi"/>
          <w:sz w:val="24"/>
          <w:szCs w:val="24"/>
        </w:rPr>
      </w:pPr>
      <w:r w:rsidRPr="009829DD">
        <w:rPr>
          <w:rFonts w:asciiTheme="majorHAnsi" w:hAnsiTheme="majorHAnsi" w:cstheme="majorHAnsi"/>
          <w:sz w:val="24"/>
          <w:szCs w:val="24"/>
        </w:rPr>
        <w:t>Auditor Signature: ___________________</w:t>
      </w:r>
    </w:p>
    <w:p w14:paraId="4137FFE0" w14:textId="7317F3D7" w:rsidR="00900ECA" w:rsidRPr="009829DD" w:rsidRDefault="00900ECA" w:rsidP="00917F0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Report Date: __/__/____</w:t>
      </w:r>
    </w:p>
    <w:p w14:paraId="2A5FEFB0" w14:textId="02CB7B5D" w:rsidR="0017532C" w:rsidRDefault="0017532C"/>
    <w:sectPr w:rsidR="0017532C" w:rsidSect="009C24C2">
      <w:headerReference w:type="default" r:id="rId11"/>
      <w:footerReference w:type="default" r:id="rId12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13765" w14:textId="77777777" w:rsidR="001D418A" w:rsidRDefault="001D418A" w:rsidP="00A17AC7">
      <w:pPr>
        <w:spacing w:after="0" w:line="240" w:lineRule="auto"/>
      </w:pPr>
      <w:r>
        <w:separator/>
      </w:r>
    </w:p>
  </w:endnote>
  <w:endnote w:type="continuationSeparator" w:id="0">
    <w:p w14:paraId="260BBD74" w14:textId="77777777" w:rsidR="001D418A" w:rsidRDefault="001D418A" w:rsidP="00A17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4A16B" w14:textId="25935E5F" w:rsidR="00A17AC7" w:rsidRPr="00A17AC7" w:rsidRDefault="5FE76E89" w:rsidP="5FE76E89">
    <w:pPr>
      <w:pStyle w:val="Footer"/>
      <w:rPr>
        <w:rFonts w:asciiTheme="majorHAnsi" w:hAnsiTheme="majorHAnsi" w:cstheme="majorBidi"/>
        <w:sz w:val="16"/>
        <w:szCs w:val="16"/>
        <w:lang w:val="en-GB"/>
      </w:rPr>
    </w:pPr>
    <w:r w:rsidRPr="5FE76E89">
      <w:rPr>
        <w:rFonts w:asciiTheme="majorHAnsi" w:hAnsiTheme="majorHAnsi" w:cstheme="majorBidi"/>
        <w:sz w:val="16"/>
        <w:szCs w:val="16"/>
        <w:lang w:val="en-GB"/>
      </w:rPr>
      <w:t>T-1040_Audit of Monthly/Weekly Checks (Research Space)</w:t>
    </w:r>
  </w:p>
  <w:p w14:paraId="12FFA4B7" w14:textId="64C2E939" w:rsidR="00A17AC7" w:rsidRPr="00A17AC7" w:rsidRDefault="00A17AC7">
    <w:pPr>
      <w:pStyle w:val="Footer"/>
      <w:rPr>
        <w:rFonts w:asciiTheme="majorHAnsi" w:hAnsiTheme="majorHAnsi" w:cstheme="majorHAnsi"/>
        <w:sz w:val="16"/>
        <w:szCs w:val="16"/>
        <w:lang w:val="en-GB"/>
      </w:rPr>
    </w:pPr>
    <w:r w:rsidRPr="00A17AC7">
      <w:rPr>
        <w:rFonts w:asciiTheme="majorHAnsi" w:hAnsiTheme="majorHAnsi" w:cstheme="majorHAnsi"/>
        <w:sz w:val="16"/>
        <w:szCs w:val="16"/>
        <w:lang w:val="en-GB"/>
      </w:rPr>
      <w:t>V</w:t>
    </w:r>
    <w:r w:rsidR="00900ECA">
      <w:rPr>
        <w:rFonts w:asciiTheme="majorHAnsi" w:hAnsiTheme="majorHAnsi" w:cstheme="majorHAnsi"/>
        <w:sz w:val="16"/>
        <w:szCs w:val="16"/>
        <w:lang w:val="en-GB"/>
      </w:rPr>
      <w:t>2</w:t>
    </w:r>
    <w:r w:rsidR="00855FA7">
      <w:rPr>
        <w:rFonts w:asciiTheme="majorHAnsi" w:hAnsiTheme="majorHAnsi" w:cstheme="majorHAnsi"/>
        <w:sz w:val="16"/>
        <w:szCs w:val="16"/>
        <w:lang w:val="en-GB"/>
      </w:rPr>
      <w:t>.1</w:t>
    </w:r>
  </w:p>
  <w:p w14:paraId="1E0A79A3" w14:textId="0A83C8D0" w:rsidR="00A17AC7" w:rsidRPr="00A17AC7" w:rsidRDefault="5FE76E89" w:rsidP="5FE76E89">
    <w:pPr>
      <w:pStyle w:val="Footer"/>
      <w:rPr>
        <w:rFonts w:asciiTheme="majorHAnsi" w:hAnsiTheme="majorHAnsi" w:cstheme="majorBidi"/>
        <w:sz w:val="16"/>
        <w:szCs w:val="16"/>
        <w:lang w:val="en-GB"/>
      </w:rPr>
    </w:pPr>
    <w:r w:rsidRPr="5FE76E89">
      <w:rPr>
        <w:rFonts w:asciiTheme="majorHAnsi" w:hAnsiTheme="majorHAnsi" w:cstheme="majorBidi"/>
        <w:sz w:val="16"/>
        <w:szCs w:val="16"/>
        <w:lang w:val="en-GB"/>
      </w:rPr>
      <w:t xml:space="preserve">Effective Date: </w:t>
    </w:r>
    <w:r w:rsidR="00855FA7">
      <w:rPr>
        <w:rFonts w:asciiTheme="majorHAnsi" w:hAnsiTheme="majorHAnsi" w:cstheme="majorBidi"/>
        <w:sz w:val="16"/>
        <w:szCs w:val="16"/>
        <w:lang w:val="en-GB"/>
      </w:rPr>
      <w:t>12</w:t>
    </w:r>
    <w:r w:rsidR="00855FA7" w:rsidRPr="00855FA7">
      <w:rPr>
        <w:rFonts w:asciiTheme="majorHAnsi" w:hAnsiTheme="majorHAnsi" w:cstheme="majorBidi"/>
        <w:sz w:val="16"/>
        <w:szCs w:val="16"/>
        <w:vertAlign w:val="superscript"/>
        <w:lang w:val="en-GB"/>
      </w:rPr>
      <w:t>th</w:t>
    </w:r>
    <w:r w:rsidR="00855FA7">
      <w:rPr>
        <w:rFonts w:asciiTheme="majorHAnsi" w:hAnsiTheme="majorHAnsi" w:cstheme="majorBidi"/>
        <w:sz w:val="16"/>
        <w:szCs w:val="16"/>
        <w:lang w:val="en-GB"/>
      </w:rPr>
      <w:t xml:space="preserve"> 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AFE89" w14:textId="77777777" w:rsidR="001D418A" w:rsidRDefault="001D418A" w:rsidP="00A17AC7">
      <w:pPr>
        <w:spacing w:after="0" w:line="240" w:lineRule="auto"/>
      </w:pPr>
      <w:r>
        <w:separator/>
      </w:r>
    </w:p>
  </w:footnote>
  <w:footnote w:type="continuationSeparator" w:id="0">
    <w:p w14:paraId="48DFA11C" w14:textId="77777777" w:rsidR="001D418A" w:rsidRDefault="001D418A" w:rsidP="00A17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6563F" w14:textId="7B4402A9" w:rsidR="00A17AC7" w:rsidRDefault="00A17AC7" w:rsidP="00A17AC7">
    <w:pPr>
      <w:pStyle w:val="Header"/>
      <w:jc w:val="right"/>
    </w:pPr>
    <w:r>
      <w:rPr>
        <w:rFonts w:ascii="Arial" w:hAnsi="Arial" w:cs="Arial"/>
        <w:noProof/>
      </w:rPr>
      <w:drawing>
        <wp:inline distT="0" distB="0" distL="0" distR="0" wp14:anchorId="024614F2" wp14:editId="559E2E93">
          <wp:extent cx="1323975" cy="666750"/>
          <wp:effectExtent l="0" t="0" r="9525" b="0"/>
          <wp:docPr id="10874092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5492994">
    <w:abstractNumId w:val="8"/>
  </w:num>
  <w:num w:numId="2" w16cid:durableId="816801532">
    <w:abstractNumId w:val="6"/>
  </w:num>
  <w:num w:numId="3" w16cid:durableId="1726179895">
    <w:abstractNumId w:val="5"/>
  </w:num>
  <w:num w:numId="4" w16cid:durableId="144397114">
    <w:abstractNumId w:val="4"/>
  </w:num>
  <w:num w:numId="5" w16cid:durableId="929848496">
    <w:abstractNumId w:val="7"/>
  </w:num>
  <w:num w:numId="6" w16cid:durableId="215551385">
    <w:abstractNumId w:val="3"/>
  </w:num>
  <w:num w:numId="7" w16cid:durableId="110518920">
    <w:abstractNumId w:val="2"/>
  </w:num>
  <w:num w:numId="8" w16cid:durableId="1498227666">
    <w:abstractNumId w:val="1"/>
  </w:num>
  <w:num w:numId="9" w16cid:durableId="70386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7CAF"/>
    <w:rsid w:val="0006063C"/>
    <w:rsid w:val="00066951"/>
    <w:rsid w:val="000930F4"/>
    <w:rsid w:val="0011222D"/>
    <w:rsid w:val="0015074B"/>
    <w:rsid w:val="0017532C"/>
    <w:rsid w:val="001D418A"/>
    <w:rsid w:val="00270A50"/>
    <w:rsid w:val="0029639D"/>
    <w:rsid w:val="002A16C9"/>
    <w:rsid w:val="00326F90"/>
    <w:rsid w:val="003D4D2C"/>
    <w:rsid w:val="005265CF"/>
    <w:rsid w:val="007535B5"/>
    <w:rsid w:val="007A169B"/>
    <w:rsid w:val="00855FA7"/>
    <w:rsid w:val="00900ECA"/>
    <w:rsid w:val="00917F0F"/>
    <w:rsid w:val="009C24C2"/>
    <w:rsid w:val="009C7D17"/>
    <w:rsid w:val="00A17AB4"/>
    <w:rsid w:val="00A17AC7"/>
    <w:rsid w:val="00A21263"/>
    <w:rsid w:val="00AA1D8D"/>
    <w:rsid w:val="00B47730"/>
    <w:rsid w:val="00B60D85"/>
    <w:rsid w:val="00C103FF"/>
    <w:rsid w:val="00CB0664"/>
    <w:rsid w:val="00CF0FED"/>
    <w:rsid w:val="00E13257"/>
    <w:rsid w:val="00E21D73"/>
    <w:rsid w:val="00F17052"/>
    <w:rsid w:val="00FC693F"/>
    <w:rsid w:val="19E3BCF1"/>
    <w:rsid w:val="1EFBB0F0"/>
    <w:rsid w:val="30A230ED"/>
    <w:rsid w:val="30F748C2"/>
    <w:rsid w:val="41AA9477"/>
    <w:rsid w:val="43E12FF9"/>
    <w:rsid w:val="5ECAE0F3"/>
    <w:rsid w:val="5FE76E89"/>
    <w:rsid w:val="61BF140D"/>
    <w:rsid w:val="63CAD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188BC6"/>
  <w14:defaultImageDpi w14:val="300"/>
  <w15:docId w15:val="{715E9A15-BB12-48E5-AADC-309EF4FC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9C24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5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5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2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7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9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9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9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9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6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3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9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5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6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8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8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1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8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9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8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9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25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7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8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15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6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2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0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7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3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8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7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1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9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0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6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0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6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2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8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14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4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1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3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3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6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16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0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9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3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22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7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4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8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2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4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9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8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0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7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8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3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8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6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2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8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5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9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5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9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0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7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1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4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0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8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7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4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4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8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6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6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3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7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0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4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2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9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0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3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8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2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1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5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3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9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0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3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0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5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6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9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1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8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7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3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9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1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0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1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8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0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5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4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3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5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9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7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1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9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0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5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1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19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8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3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6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1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5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3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0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6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2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5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0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1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8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8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6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8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7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9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92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8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5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7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0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9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8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2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6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6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14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6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2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8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9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3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8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3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2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9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4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1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1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3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3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4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1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7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2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0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7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5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1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0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9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9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3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5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1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6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9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6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4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2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4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4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7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9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9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9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8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9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2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9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2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1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6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0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9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1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2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6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1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6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4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5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0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38C1B4-C874-47C5-817C-9615DDA2FDD3}"/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DA3BA8-D812-4E09-8F71-13DA9BA899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FA3714-3363-4C30-9A69-5CC935089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303</Words>
  <Characters>1729</Characters>
  <Application>Microsoft Office Word</Application>
  <DocSecurity>0</DocSecurity>
  <Lines>14</Lines>
  <Paragraphs>4</Paragraphs>
  <ScaleCrop>false</ScaleCrop>
  <Manager/>
  <Company/>
  <LinksUpToDate>false</LinksUpToDate>
  <CharactersWithSpaces>2028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LOURO, Joana (UNIVERSITY HOSPITALS OF LEICESTER NHS TRUST)</cp:lastModifiedBy>
  <cp:revision>21</cp:revision>
  <dcterms:created xsi:type="dcterms:W3CDTF">2013-12-23T23:15:00Z</dcterms:created>
  <dcterms:modified xsi:type="dcterms:W3CDTF">2026-03-12T15:01:00Z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Order">
    <vt:r8>18300</vt:r8>
  </property>
  <property fmtid="{D5CDD505-2E9C-101B-9397-08002B2CF9AE}" pid="4" name="_ExtendedDescription">
    <vt:lpwstr/>
  </property>
</Properties>
</file>