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A1D46" w:rsidR="00623304" w:rsidP="662BAE6C" w:rsidRDefault="004A1D46" w14:paraId="36F76D37" w14:textId="1FC9E2C9">
      <w:pPr>
        <w:pStyle w:val="Title"/>
        <w:rPr>
          <w:rFonts w:cs="Calibri" w:cstheme="majorAscii"/>
        </w:rPr>
      </w:pPr>
      <w:r w:rsidRPr="662BAE6C" w:rsidR="004A1D46">
        <w:rPr>
          <w:rFonts w:cs="Calibri" w:cstheme="majorAscii"/>
        </w:rPr>
        <w:t>T-</w:t>
      </w:r>
      <w:r w:rsidRPr="662BAE6C" w:rsidR="21387566">
        <w:rPr>
          <w:rFonts w:cs="Calibri" w:cstheme="majorAscii"/>
        </w:rPr>
        <w:t>1042</w:t>
      </w:r>
      <w:r w:rsidRPr="662BAE6C" w:rsidR="004A1D46">
        <w:rPr>
          <w:rFonts w:cs="Calibri" w:cstheme="majorAscii"/>
        </w:rPr>
        <w:t xml:space="preserve"> – Research Space - </w:t>
      </w:r>
      <w:r w:rsidRPr="662BAE6C" w:rsidR="008A1173">
        <w:rPr>
          <w:rFonts w:cs="Calibri" w:cstheme="majorAscii"/>
        </w:rPr>
        <w:t xml:space="preserve">Staff Training </w:t>
      </w:r>
      <w:r w:rsidRPr="662BAE6C" w:rsidR="00D34B40">
        <w:rPr>
          <w:rFonts w:cs="Calibri" w:cstheme="majorAscii"/>
        </w:rPr>
        <w:t xml:space="preserve">Records </w:t>
      </w:r>
      <w:r w:rsidRPr="662BAE6C" w:rsidR="008A1173">
        <w:rPr>
          <w:rFonts w:cs="Calibri" w:cstheme="majorAscii"/>
        </w:rPr>
        <w:t xml:space="preserve">Audit </w:t>
      </w:r>
    </w:p>
    <w:p w:rsidRPr="004A1D46" w:rsidR="00623304" w:rsidRDefault="008A1173" w14:paraId="4D25A834" w14:textId="49CD9799">
      <w:pPr>
        <w:pStyle w:val="Heading1"/>
        <w:rPr>
          <w:rFonts w:cstheme="majorHAnsi"/>
        </w:rPr>
      </w:pPr>
      <w:r w:rsidRPr="004A1D46">
        <w:rPr>
          <w:rFonts w:cstheme="majorHAnsi"/>
        </w:rPr>
        <w:t>General Information</w:t>
      </w:r>
    </w:p>
    <w:p w:rsidRPr="004A1D46" w:rsidR="004A1D46" w:rsidP="004A1D46" w:rsidRDefault="004A1D46" w14:paraId="13420B23" w14:textId="77777777">
      <w:pPr>
        <w:rPr>
          <w:rFonts w:asciiTheme="majorHAnsi" w:hAnsiTheme="majorHAnsi" w:cstheme="majorHAnsi"/>
        </w:rPr>
      </w:pPr>
      <w:r w:rsidRPr="004A1D46">
        <w:rPr>
          <w:rFonts w:asciiTheme="majorHAnsi" w:hAnsiTheme="majorHAnsi" w:cstheme="majorHAnsi"/>
          <w:b/>
          <w:bCs/>
        </w:rPr>
        <w:t>Audit Number and Scope:</w:t>
      </w:r>
      <w:r w:rsidRPr="004A1D46">
        <w:rPr>
          <w:rFonts w:asciiTheme="majorHAnsi" w:hAnsiTheme="majorHAnsi" w:cstheme="majorHAnsi"/>
        </w:rPr>
        <w:t xml:space="preserve"> __________________________________________________</w:t>
      </w:r>
    </w:p>
    <w:p w:rsidRPr="004A1D46" w:rsidR="004A1D46" w:rsidP="004A1D46" w:rsidRDefault="004A1D46" w14:paraId="67B1F8AE" w14:textId="77777777">
      <w:pPr>
        <w:rPr>
          <w:rFonts w:asciiTheme="majorHAnsi" w:hAnsiTheme="majorHAnsi" w:cstheme="majorHAnsi"/>
        </w:rPr>
      </w:pPr>
      <w:r w:rsidRPr="004A1D46">
        <w:rPr>
          <w:rFonts w:asciiTheme="majorHAnsi" w:hAnsiTheme="majorHAnsi" w:cstheme="majorHAnsi"/>
          <w:b/>
          <w:bCs/>
        </w:rPr>
        <w:t>Audit Date</w:t>
      </w:r>
      <w:r w:rsidRPr="004A1D46">
        <w:rPr>
          <w:rFonts w:asciiTheme="majorHAnsi" w:hAnsiTheme="majorHAnsi" w:cstheme="majorHAnsi"/>
        </w:rPr>
        <w:t>: __/__/____</w:t>
      </w:r>
    </w:p>
    <w:p w:rsidRPr="004A1D46" w:rsidR="004A1D46" w:rsidP="004A1D46" w:rsidRDefault="004A1D46" w14:paraId="319E298B" w14:textId="04F82EA9">
      <w:pPr>
        <w:rPr>
          <w:rFonts w:asciiTheme="majorHAnsi" w:hAnsiTheme="majorHAnsi" w:cstheme="majorHAnsi"/>
        </w:rPr>
      </w:pPr>
      <w:r w:rsidRPr="004A1D46">
        <w:rPr>
          <w:rFonts w:asciiTheme="majorHAnsi" w:hAnsiTheme="majorHAnsi" w:cstheme="majorHAnsi"/>
          <w:b/>
          <w:bCs/>
        </w:rPr>
        <w:t>Auditor(s) Name and Job Role:</w:t>
      </w:r>
      <w:r w:rsidRPr="004A1D46">
        <w:rPr>
          <w:rFonts w:asciiTheme="majorHAnsi" w:hAnsiTheme="majorHAnsi" w:cstheme="majorHAnsi"/>
        </w:rPr>
        <w:t xml:space="preserve"> </w:t>
      </w:r>
      <w:r w:rsidRPr="004A1D46">
        <w:rPr>
          <w:rFonts w:asciiTheme="majorHAnsi" w:hAnsiTheme="majorHAnsi" w:cstheme="majorHAnsi"/>
        </w:rPr>
        <w:t>_______________________________________________</w:t>
      </w:r>
    </w:p>
    <w:p w:rsidRPr="004A1D46" w:rsidR="00623304" w:rsidRDefault="008A1173" w14:paraId="14DECDCC" w14:textId="3F48897D">
      <w:pPr>
        <w:pStyle w:val="Heading1"/>
        <w:rPr>
          <w:rFonts w:cstheme="majorHAnsi"/>
        </w:rPr>
      </w:pPr>
      <w:r w:rsidRPr="004A1D46">
        <w:rPr>
          <w:rFonts w:cstheme="majorHAnsi"/>
        </w:rPr>
        <w:t>Staff Training Records</w:t>
      </w:r>
    </w:p>
    <w:tbl>
      <w:tblPr>
        <w:tblStyle w:val="TableGrid"/>
        <w:tblW w:w="8755" w:type="dxa"/>
        <w:tblLook w:val="04A0" w:firstRow="1" w:lastRow="0" w:firstColumn="1" w:lastColumn="0" w:noHBand="0" w:noVBand="1"/>
      </w:tblPr>
      <w:tblGrid>
        <w:gridCol w:w="1231"/>
        <w:gridCol w:w="1227"/>
        <w:gridCol w:w="1500"/>
        <w:gridCol w:w="1425"/>
        <w:gridCol w:w="1170"/>
        <w:gridCol w:w="2202"/>
      </w:tblGrid>
      <w:tr w:rsidRPr="004A1D46" w:rsidR="004A1D46" w:rsidTr="3F542E75" w14:paraId="35529D8D" w14:textId="77777777">
        <w:tc>
          <w:tcPr>
            <w:tcW w:w="1231" w:type="dxa"/>
            <w:tcMar/>
          </w:tcPr>
          <w:p w:rsidRPr="004A1D46" w:rsidR="004A1D46" w:rsidP="00D34B40" w:rsidRDefault="004A1D46" w14:paraId="4289BCF0" w14:textId="3085867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Staff Member</w:t>
            </w:r>
            <w:r w:rsidRPr="004A1D46">
              <w:rPr>
                <w:rFonts w:asciiTheme="majorHAnsi" w:hAnsiTheme="majorHAnsi" w:cstheme="majorHAnsi"/>
                <w:b/>
                <w:bCs/>
              </w:rPr>
              <w:t xml:space="preserve"> Name</w:t>
            </w:r>
          </w:p>
        </w:tc>
        <w:tc>
          <w:tcPr>
            <w:tcW w:w="1227" w:type="dxa"/>
            <w:tcMar/>
          </w:tcPr>
          <w:p w:rsidRPr="004A1D46" w:rsidR="004A1D46" w:rsidP="00D34B40" w:rsidRDefault="004A1D46" w14:paraId="39221503" w14:textId="49058C7E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Job Role</w:t>
            </w:r>
          </w:p>
        </w:tc>
        <w:tc>
          <w:tcPr>
            <w:tcW w:w="1500" w:type="dxa"/>
            <w:tcMar/>
          </w:tcPr>
          <w:p w:rsidRPr="004A1D46" w:rsidR="004A1D46" w:rsidP="00D34B40" w:rsidRDefault="004A1D46" w14:paraId="6B8CD50D" w14:textId="24991FF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Date of Start of Employment</w:t>
            </w:r>
          </w:p>
        </w:tc>
        <w:tc>
          <w:tcPr>
            <w:tcW w:w="1425" w:type="dxa"/>
            <w:tcMar/>
          </w:tcPr>
          <w:p w:rsidRPr="004A1D46" w:rsidR="004A1D46" w:rsidP="00D34B40" w:rsidRDefault="004A1D46" w14:paraId="14D64012" w14:textId="7777777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A1D46">
              <w:rPr>
                <w:rFonts w:asciiTheme="majorHAnsi" w:hAnsiTheme="majorHAnsi" w:cstheme="majorHAnsi"/>
                <w:b/>
                <w:bCs/>
              </w:rPr>
              <w:t>Required Training Completed? (Y/N)</w:t>
            </w:r>
          </w:p>
        </w:tc>
        <w:tc>
          <w:tcPr>
            <w:tcW w:w="1170" w:type="dxa"/>
            <w:tcMar/>
          </w:tcPr>
          <w:p w:rsidRPr="004A1D46" w:rsidR="004A1D46" w:rsidP="00D34B40" w:rsidRDefault="004A1D46" w14:paraId="06078DAD" w14:textId="59198856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Any </w:t>
            </w:r>
            <w:r w:rsidRPr="004A1D46">
              <w:rPr>
                <w:rFonts w:asciiTheme="majorHAnsi" w:hAnsiTheme="majorHAnsi" w:cstheme="majorHAnsi"/>
                <w:b/>
                <w:bCs/>
              </w:rPr>
              <w:t>Training Expired? (Y/N)</w:t>
            </w:r>
          </w:p>
        </w:tc>
        <w:tc>
          <w:tcPr>
            <w:tcW w:w="2202" w:type="dxa"/>
            <w:tcMar/>
          </w:tcPr>
          <w:p w:rsidRPr="004A1D46" w:rsidR="004A1D46" w:rsidP="00D34B40" w:rsidRDefault="004A1D46" w14:paraId="6AD2D56D" w14:textId="60885FC8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Comments</w:t>
            </w:r>
          </w:p>
        </w:tc>
      </w:tr>
      <w:tr w:rsidRPr="004A1D46" w:rsidR="004A1D46" w:rsidTr="3F542E75" w14:paraId="2C0762B3" w14:textId="77777777">
        <w:tc>
          <w:tcPr>
            <w:tcW w:w="1231" w:type="dxa"/>
            <w:tcMar/>
          </w:tcPr>
          <w:p w:rsidRPr="004A1D46" w:rsidR="004A1D46" w:rsidRDefault="004A1D46" w14:paraId="3D72F3E1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27" w:type="dxa"/>
            <w:tcMar/>
          </w:tcPr>
          <w:p w:rsidRPr="004A1D46" w:rsidR="004A1D46" w:rsidRDefault="004A1D46" w14:paraId="7E02C76A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0" w:type="dxa"/>
            <w:tcMar/>
          </w:tcPr>
          <w:p w:rsidRPr="004A1D46" w:rsidR="004A1D46" w:rsidRDefault="004A1D46" w14:paraId="4BA9350D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25" w:type="dxa"/>
            <w:tcMar/>
          </w:tcPr>
          <w:p w:rsidRPr="004A1D46" w:rsidR="004A1D46" w:rsidRDefault="004A1D46" w14:paraId="35652431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70" w:type="dxa"/>
            <w:tcMar/>
          </w:tcPr>
          <w:p w:rsidRPr="004A1D46" w:rsidR="004A1D46" w:rsidRDefault="004A1D46" w14:paraId="62B06DEA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02" w:type="dxa"/>
            <w:tcMar/>
          </w:tcPr>
          <w:p w:rsidRPr="004A1D46" w:rsidR="004A1D46" w:rsidRDefault="004A1D46" w14:paraId="25759CA6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4A1D46" w:rsidR="004A1D46" w:rsidTr="3F542E75" w14:paraId="78CE51A3" w14:textId="77777777">
        <w:tc>
          <w:tcPr>
            <w:tcW w:w="1231" w:type="dxa"/>
            <w:tcMar/>
          </w:tcPr>
          <w:p w:rsidRPr="004A1D46" w:rsidR="004A1D46" w:rsidRDefault="004A1D46" w14:paraId="0F18EFE0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27" w:type="dxa"/>
            <w:tcMar/>
          </w:tcPr>
          <w:p w:rsidRPr="004A1D46" w:rsidR="004A1D46" w:rsidRDefault="004A1D46" w14:paraId="4AB71D05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0" w:type="dxa"/>
            <w:tcMar/>
          </w:tcPr>
          <w:p w:rsidRPr="004A1D46" w:rsidR="004A1D46" w:rsidRDefault="004A1D46" w14:paraId="6DE12EF1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25" w:type="dxa"/>
            <w:tcMar/>
          </w:tcPr>
          <w:p w:rsidRPr="004A1D46" w:rsidR="004A1D46" w:rsidRDefault="004A1D46" w14:paraId="72D2C37E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70" w:type="dxa"/>
            <w:tcMar/>
          </w:tcPr>
          <w:p w:rsidRPr="004A1D46" w:rsidR="004A1D46" w:rsidRDefault="004A1D46" w14:paraId="6C0749F3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02" w:type="dxa"/>
            <w:tcMar/>
          </w:tcPr>
          <w:p w:rsidRPr="004A1D46" w:rsidR="004A1D46" w:rsidRDefault="004A1D46" w14:paraId="6EACDE05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4A1D46" w:rsidR="004A1D46" w:rsidTr="3F542E75" w14:paraId="08274A7D" w14:textId="77777777">
        <w:tc>
          <w:tcPr>
            <w:tcW w:w="1231" w:type="dxa"/>
            <w:tcMar/>
          </w:tcPr>
          <w:p w:rsidRPr="004A1D46" w:rsidR="004A1D46" w:rsidRDefault="004A1D46" w14:paraId="041A7524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27" w:type="dxa"/>
            <w:tcMar/>
          </w:tcPr>
          <w:p w:rsidRPr="004A1D46" w:rsidR="004A1D46" w:rsidRDefault="004A1D46" w14:paraId="060CAAB7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0" w:type="dxa"/>
            <w:tcMar/>
          </w:tcPr>
          <w:p w:rsidRPr="004A1D46" w:rsidR="004A1D46" w:rsidRDefault="004A1D46" w14:paraId="2EFDF0A5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25" w:type="dxa"/>
            <w:tcMar/>
          </w:tcPr>
          <w:p w:rsidRPr="004A1D46" w:rsidR="004A1D46" w:rsidRDefault="004A1D46" w14:paraId="5F05AC54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70" w:type="dxa"/>
            <w:tcMar/>
          </w:tcPr>
          <w:p w:rsidRPr="004A1D46" w:rsidR="004A1D46" w:rsidRDefault="004A1D46" w14:paraId="59067520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02" w:type="dxa"/>
            <w:tcMar/>
          </w:tcPr>
          <w:p w:rsidRPr="004A1D46" w:rsidR="004A1D46" w:rsidRDefault="004A1D46" w14:paraId="67C83F0A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4A1D46" w:rsidR="004A1D46" w:rsidTr="3F542E75" w14:paraId="22AAC0B8" w14:textId="77777777">
        <w:tc>
          <w:tcPr>
            <w:tcW w:w="1231" w:type="dxa"/>
            <w:tcMar/>
          </w:tcPr>
          <w:p w:rsidRPr="004A1D46" w:rsidR="004A1D46" w:rsidRDefault="004A1D46" w14:paraId="66614771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27" w:type="dxa"/>
            <w:tcMar/>
          </w:tcPr>
          <w:p w:rsidRPr="004A1D46" w:rsidR="004A1D46" w:rsidRDefault="004A1D46" w14:paraId="3CFEB66F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0" w:type="dxa"/>
            <w:tcMar/>
          </w:tcPr>
          <w:p w:rsidRPr="004A1D46" w:rsidR="004A1D46" w:rsidRDefault="004A1D46" w14:paraId="12A987E2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25" w:type="dxa"/>
            <w:tcMar/>
          </w:tcPr>
          <w:p w:rsidRPr="004A1D46" w:rsidR="004A1D46" w:rsidRDefault="004A1D46" w14:paraId="0CCEAE7D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70" w:type="dxa"/>
            <w:tcMar/>
          </w:tcPr>
          <w:p w:rsidRPr="004A1D46" w:rsidR="004A1D46" w:rsidRDefault="004A1D46" w14:paraId="17CF9CF3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02" w:type="dxa"/>
            <w:tcMar/>
          </w:tcPr>
          <w:p w:rsidRPr="004A1D46" w:rsidR="004A1D46" w:rsidRDefault="004A1D46" w14:paraId="12C4CAF4" w14:textId="77777777">
            <w:pPr>
              <w:rPr>
                <w:rFonts w:asciiTheme="majorHAnsi" w:hAnsiTheme="majorHAnsi" w:cstheme="majorHAnsi"/>
              </w:rPr>
            </w:pPr>
          </w:p>
        </w:tc>
      </w:tr>
    </w:tbl>
    <w:p w:rsidRPr="004A1D46" w:rsidR="00623304" w:rsidRDefault="008A1173" w14:paraId="32623110" w14:textId="39DEC24F">
      <w:pPr>
        <w:pStyle w:val="Heading1"/>
        <w:rPr>
          <w:rFonts w:cstheme="majorHAnsi"/>
        </w:rPr>
      </w:pPr>
      <w:r w:rsidRPr="004A1D46">
        <w:rPr>
          <w:rFonts w:cstheme="majorHAnsi"/>
        </w:rPr>
        <w:t>Training Program</w:t>
      </w:r>
      <w:r w:rsidR="00126402">
        <w:rPr>
          <w:rFonts w:cstheme="majorHAnsi"/>
        </w:rPr>
        <w:t>me</w:t>
      </w:r>
      <w:r w:rsidRPr="004A1D46">
        <w:rPr>
          <w:rFonts w:cstheme="majorHAnsi"/>
        </w:rPr>
        <w:t xml:space="preserve"> Review</w:t>
      </w:r>
    </w:p>
    <w:tbl>
      <w:tblPr>
        <w:tblStyle w:val="TableGrid"/>
        <w:tblW w:w="8856" w:type="dxa"/>
        <w:tblLook w:val="04A0" w:firstRow="1" w:lastRow="0" w:firstColumn="1" w:lastColumn="0" w:noHBand="0" w:noVBand="1"/>
      </w:tblPr>
      <w:tblGrid>
        <w:gridCol w:w="1662"/>
        <w:gridCol w:w="1674"/>
        <w:gridCol w:w="1523"/>
        <w:gridCol w:w="1140"/>
        <w:gridCol w:w="1226"/>
        <w:gridCol w:w="1631"/>
      </w:tblGrid>
      <w:tr w:rsidRPr="004A1D46" w:rsidR="008A1173" w:rsidTr="3F542E75" w14:paraId="5F046B4D" w14:textId="77777777">
        <w:tc>
          <w:tcPr>
            <w:tcW w:w="1662" w:type="dxa"/>
            <w:tcMar/>
          </w:tcPr>
          <w:p w:rsidRPr="00126402" w:rsidR="008A1173" w:rsidP="00D34B40" w:rsidRDefault="008A1173" w14:paraId="7C0109F3" w14:textId="144FA5E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Topic </w:t>
            </w:r>
          </w:p>
        </w:tc>
        <w:tc>
          <w:tcPr>
            <w:tcW w:w="1674" w:type="dxa"/>
            <w:tcMar/>
          </w:tcPr>
          <w:p w:rsidR="008A1173" w:rsidP="00D34B40" w:rsidRDefault="008A1173" w14:paraId="6B7BE3CD" w14:textId="7777777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Has Training been completed? </w:t>
            </w:r>
          </w:p>
          <w:p w:rsidR="008A1173" w:rsidP="00D34B40" w:rsidRDefault="008A1173" w14:paraId="534FFF51" w14:textId="0ADF2FAE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(</w:t>
            </w:r>
            <w:r w:rsidRPr="00126402">
              <w:rPr>
                <w:rFonts w:asciiTheme="majorHAnsi" w:hAnsiTheme="majorHAnsi" w:cstheme="majorHAnsi"/>
                <w:b/>
                <w:bCs/>
              </w:rPr>
              <w:t>Yes/No</w:t>
            </w:r>
          </w:p>
          <w:p w:rsidRPr="00126402" w:rsidR="008A1173" w:rsidP="00D34B40" w:rsidRDefault="008A1173" w14:paraId="4EE7B8FF" w14:textId="2F34D19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N/A)</w:t>
            </w:r>
          </w:p>
        </w:tc>
        <w:tc>
          <w:tcPr>
            <w:tcW w:w="1523" w:type="dxa"/>
            <w:tcMar/>
          </w:tcPr>
          <w:p w:rsidR="008A1173" w:rsidP="002E29DC" w:rsidRDefault="008A1173" w14:paraId="2B8FE118" w14:textId="7777777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Is there evidence of completion of training? </w:t>
            </w:r>
          </w:p>
          <w:p w:rsidR="008A1173" w:rsidP="002E29DC" w:rsidRDefault="008A1173" w14:paraId="6FBD2448" w14:textId="324F698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(</w:t>
            </w:r>
            <w:r w:rsidRPr="00126402">
              <w:rPr>
                <w:rFonts w:asciiTheme="majorHAnsi" w:hAnsiTheme="majorHAnsi" w:cstheme="majorHAnsi"/>
                <w:b/>
                <w:bCs/>
              </w:rPr>
              <w:t>Yes/No</w:t>
            </w:r>
          </w:p>
          <w:p w:rsidRPr="00126402" w:rsidR="008A1173" w:rsidP="002E29DC" w:rsidRDefault="008A1173" w14:paraId="65D66539" w14:textId="4625C6F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N/A)</w:t>
            </w:r>
          </w:p>
        </w:tc>
        <w:tc>
          <w:tcPr>
            <w:tcW w:w="1140" w:type="dxa"/>
            <w:tcMar/>
          </w:tcPr>
          <w:p w:rsidR="008A1173" w:rsidP="008A1173" w:rsidRDefault="008A1173" w14:paraId="260A6A06" w14:textId="7777777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Do both staff member and line manager have a copy of the training? </w:t>
            </w:r>
            <w:r>
              <w:rPr>
                <w:rFonts w:asciiTheme="majorHAnsi" w:hAnsiTheme="majorHAnsi" w:cstheme="majorHAnsi"/>
                <w:b/>
                <w:bCs/>
              </w:rPr>
              <w:t>(</w:t>
            </w:r>
            <w:r w:rsidRPr="00126402">
              <w:rPr>
                <w:rFonts w:asciiTheme="majorHAnsi" w:hAnsiTheme="majorHAnsi" w:cstheme="majorHAnsi"/>
                <w:b/>
                <w:bCs/>
              </w:rPr>
              <w:t>Yes/No</w:t>
            </w:r>
          </w:p>
          <w:p w:rsidR="008A1173" w:rsidP="008A1173" w:rsidRDefault="008A1173" w14:paraId="10A55DE6" w14:textId="78921D3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N/A)</w:t>
            </w:r>
          </w:p>
        </w:tc>
        <w:tc>
          <w:tcPr>
            <w:tcW w:w="1226" w:type="dxa"/>
            <w:tcMar/>
          </w:tcPr>
          <w:p w:rsidRPr="00126402" w:rsidR="008A1173" w:rsidP="00D34B40" w:rsidRDefault="008A1173" w14:paraId="6530F2AF" w14:textId="153AED1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Date refresher training is due</w:t>
            </w:r>
          </w:p>
        </w:tc>
        <w:tc>
          <w:tcPr>
            <w:tcW w:w="1631" w:type="dxa"/>
            <w:tcMar/>
          </w:tcPr>
          <w:p w:rsidRPr="00126402" w:rsidR="008A1173" w:rsidP="662BAE6C" w:rsidRDefault="008A1173" w14:paraId="2AB0E315" w14:textId="61C11956">
            <w:pPr>
              <w:jc w:val="center"/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</w:pPr>
            <w:r w:rsidRPr="662BAE6C" w:rsidR="008A1173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>Comments</w:t>
            </w:r>
            <w:r w:rsidRPr="662BAE6C" w:rsidR="7FA07BD1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 xml:space="preserve"> (please add training dates)</w:t>
            </w:r>
          </w:p>
        </w:tc>
      </w:tr>
      <w:tr w:rsidRPr="004A1D46" w:rsidR="008A1173" w:rsidTr="3F542E75" w14:paraId="6E05F4AF" w14:textId="77777777">
        <w:tc>
          <w:tcPr>
            <w:tcW w:w="1662" w:type="dxa"/>
            <w:tcMar/>
          </w:tcPr>
          <w:p w:rsidRPr="004A1D46" w:rsidR="008A1173" w:rsidRDefault="008A1173" w14:paraId="47955E89" w14:textId="6D04A2D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HELM Training </w:t>
            </w:r>
          </w:p>
        </w:tc>
        <w:tc>
          <w:tcPr>
            <w:tcW w:w="1674" w:type="dxa"/>
            <w:tcMar/>
          </w:tcPr>
          <w:p w:rsidRPr="004A1D46" w:rsidR="008A1173" w:rsidRDefault="008A1173" w14:paraId="48588762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23" w:type="dxa"/>
            <w:tcMar/>
          </w:tcPr>
          <w:p w:rsidRPr="004A1D46" w:rsidR="008A1173" w:rsidRDefault="008A1173" w14:paraId="38494629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40" w:type="dxa"/>
            <w:tcMar/>
          </w:tcPr>
          <w:p w:rsidRPr="004A1D46" w:rsidR="008A1173" w:rsidRDefault="008A1173" w14:paraId="08F46758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26" w:type="dxa"/>
            <w:tcMar/>
          </w:tcPr>
          <w:p w:rsidRPr="004A1D46" w:rsidR="008A1173" w:rsidRDefault="008A1173" w14:paraId="69721A97" w14:textId="3310074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631" w:type="dxa"/>
            <w:tcMar/>
          </w:tcPr>
          <w:p w:rsidRPr="004A1D46" w:rsidR="008A1173" w:rsidRDefault="008A1173" w14:paraId="074E9DBC" w14:textId="21DAFEEA">
            <w:pPr>
              <w:rPr>
                <w:rFonts w:asciiTheme="majorHAnsi" w:hAnsiTheme="majorHAnsi" w:cstheme="majorHAnsi"/>
              </w:rPr>
            </w:pPr>
          </w:p>
        </w:tc>
      </w:tr>
      <w:tr w:rsidRPr="004A1D46" w:rsidR="008A1173" w:rsidTr="3F542E75" w14:paraId="6BBE0FC7" w14:textId="77777777">
        <w:tc>
          <w:tcPr>
            <w:tcW w:w="1662" w:type="dxa"/>
            <w:tcMar/>
          </w:tcPr>
          <w:p w:rsidRPr="004A1D46" w:rsidR="008A1173" w:rsidRDefault="008A1173" w14:paraId="7588D109" w14:textId="2DE36F5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GCP Training</w:t>
            </w:r>
          </w:p>
        </w:tc>
        <w:tc>
          <w:tcPr>
            <w:tcW w:w="1674" w:type="dxa"/>
            <w:tcMar/>
          </w:tcPr>
          <w:p w:rsidRPr="004A1D46" w:rsidR="008A1173" w:rsidRDefault="008A1173" w14:paraId="1CC84307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23" w:type="dxa"/>
            <w:tcMar/>
          </w:tcPr>
          <w:p w:rsidRPr="004A1D46" w:rsidR="008A1173" w:rsidRDefault="008A1173" w14:paraId="4635C2C3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40" w:type="dxa"/>
            <w:tcMar/>
          </w:tcPr>
          <w:p w:rsidRPr="004A1D46" w:rsidR="008A1173" w:rsidRDefault="008A1173" w14:paraId="1E57C3DF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26" w:type="dxa"/>
            <w:tcMar/>
          </w:tcPr>
          <w:p w:rsidRPr="004A1D46" w:rsidR="008A1173" w:rsidRDefault="008A1173" w14:paraId="2DC342BA" w14:textId="232D5D0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631" w:type="dxa"/>
            <w:tcMar/>
          </w:tcPr>
          <w:p w:rsidRPr="004A1D46" w:rsidR="008A1173" w:rsidRDefault="008A1173" w14:paraId="49C027A7" w14:textId="59730CEA">
            <w:pPr>
              <w:rPr>
                <w:rFonts w:asciiTheme="majorHAnsi" w:hAnsiTheme="majorHAnsi" w:cstheme="majorHAnsi"/>
              </w:rPr>
            </w:pPr>
          </w:p>
        </w:tc>
      </w:tr>
      <w:tr w:rsidRPr="004A1D46" w:rsidR="008A1173" w:rsidTr="3F542E75" w14:paraId="56763FA0" w14:textId="77777777">
        <w:tc>
          <w:tcPr>
            <w:tcW w:w="1662" w:type="dxa"/>
            <w:tcMar/>
          </w:tcPr>
          <w:p w:rsidRPr="00516864" w:rsidR="008A1173" w:rsidP="00516864" w:rsidRDefault="008A1173" w14:paraId="75702486" w14:textId="2FB49BFA">
            <w:pPr>
              <w:rPr>
                <w:rFonts w:asciiTheme="majorHAnsi" w:hAnsiTheme="majorHAnsi" w:cstheme="majorHAnsi"/>
                <w:lang w:val="en-GB"/>
              </w:rPr>
            </w:pPr>
            <w:r w:rsidRPr="00D34B40">
              <w:rPr>
                <w:rFonts w:asciiTheme="majorHAnsi" w:hAnsiTheme="majorHAnsi" w:cstheme="majorHAnsi"/>
                <w:lang w:val="en-GB"/>
              </w:rPr>
              <w:t>Consent Training (if applicable)</w:t>
            </w:r>
          </w:p>
        </w:tc>
        <w:tc>
          <w:tcPr>
            <w:tcW w:w="1674" w:type="dxa"/>
            <w:tcMar/>
          </w:tcPr>
          <w:p w:rsidRPr="004A1D46" w:rsidR="008A1173" w:rsidRDefault="008A1173" w14:paraId="6A3623C9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23" w:type="dxa"/>
            <w:tcMar/>
          </w:tcPr>
          <w:p w:rsidRPr="004A1D46" w:rsidR="008A1173" w:rsidRDefault="008A1173" w14:paraId="483FAD3A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40" w:type="dxa"/>
            <w:tcMar/>
          </w:tcPr>
          <w:p w:rsidRPr="004A1D46" w:rsidR="008A1173" w:rsidRDefault="008A1173" w14:paraId="6E6FEB5D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26" w:type="dxa"/>
            <w:tcMar/>
          </w:tcPr>
          <w:p w:rsidRPr="004A1D46" w:rsidR="008A1173" w:rsidRDefault="008A1173" w14:paraId="573BA244" w14:textId="2801F71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631" w:type="dxa"/>
            <w:tcMar/>
          </w:tcPr>
          <w:p w:rsidRPr="004A1D46" w:rsidR="008A1173" w:rsidRDefault="008A1173" w14:paraId="3A07C0A5" w14:textId="36E3AB9E">
            <w:pPr>
              <w:rPr>
                <w:rFonts w:asciiTheme="majorHAnsi" w:hAnsiTheme="majorHAnsi" w:cstheme="majorHAnsi"/>
              </w:rPr>
            </w:pPr>
          </w:p>
        </w:tc>
      </w:tr>
      <w:tr w:rsidRPr="004A1D46" w:rsidR="008A1173" w:rsidTr="3F542E75" w14:paraId="78A1DEB7" w14:textId="77777777">
        <w:tc>
          <w:tcPr>
            <w:tcW w:w="1662" w:type="dxa"/>
            <w:tcMar/>
          </w:tcPr>
          <w:p w:rsidRPr="00516864" w:rsidR="008A1173" w:rsidRDefault="008A1173" w14:paraId="1173B41F" w14:textId="19D6E7C8">
            <w:pPr>
              <w:rPr>
                <w:rFonts w:asciiTheme="majorHAnsi" w:hAnsiTheme="majorHAnsi" w:cstheme="majorHAnsi"/>
                <w:lang w:val="en-GB"/>
              </w:rPr>
            </w:pPr>
            <w:r w:rsidRPr="00D34B40">
              <w:rPr>
                <w:rFonts w:asciiTheme="majorHAnsi" w:hAnsiTheme="majorHAnsi" w:cstheme="majorHAnsi"/>
                <w:lang w:val="en-GB"/>
              </w:rPr>
              <w:t xml:space="preserve">Induction (Research Space Orientation and </w:t>
            </w:r>
            <w:r w:rsidRPr="00D34B40">
              <w:rPr>
                <w:rFonts w:asciiTheme="majorHAnsi" w:hAnsiTheme="majorHAnsi" w:cstheme="majorHAnsi"/>
                <w:lang w:val="en-GB"/>
              </w:rPr>
              <w:lastRenderedPageBreak/>
              <w:t xml:space="preserve">Welcome to the role) </w:t>
            </w:r>
          </w:p>
        </w:tc>
        <w:tc>
          <w:tcPr>
            <w:tcW w:w="1674" w:type="dxa"/>
            <w:tcMar/>
          </w:tcPr>
          <w:p w:rsidRPr="004A1D46" w:rsidR="008A1173" w:rsidRDefault="008A1173" w14:paraId="1ED1B852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23" w:type="dxa"/>
            <w:tcMar/>
          </w:tcPr>
          <w:p w:rsidRPr="004A1D46" w:rsidR="008A1173" w:rsidRDefault="008A1173" w14:paraId="724289D1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40" w:type="dxa"/>
            <w:tcMar/>
          </w:tcPr>
          <w:p w:rsidRPr="004A1D46" w:rsidR="008A1173" w:rsidRDefault="008A1173" w14:paraId="1D4A4374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26" w:type="dxa"/>
            <w:tcMar/>
          </w:tcPr>
          <w:p w:rsidRPr="004A1D46" w:rsidR="008A1173" w:rsidRDefault="008A1173" w14:paraId="41542F90" w14:textId="56A544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631" w:type="dxa"/>
            <w:tcMar/>
          </w:tcPr>
          <w:p w:rsidRPr="004A1D46" w:rsidR="008A1173" w:rsidRDefault="008A1173" w14:paraId="6E98D7F6" w14:textId="25CCEAB0">
            <w:pPr>
              <w:rPr>
                <w:rFonts w:asciiTheme="majorHAnsi" w:hAnsiTheme="majorHAnsi" w:cstheme="majorHAnsi"/>
              </w:rPr>
            </w:pPr>
          </w:p>
        </w:tc>
      </w:tr>
      <w:tr w:rsidRPr="004A1D46" w:rsidR="008A1173" w:rsidTr="3F542E75" w14:paraId="58F2A7C1" w14:textId="77777777">
        <w:tc>
          <w:tcPr>
            <w:tcW w:w="1662" w:type="dxa"/>
            <w:tcMar/>
          </w:tcPr>
          <w:p w:rsidRPr="004A1D46" w:rsidR="008A1173" w:rsidRDefault="008A1173" w14:paraId="74EA177A" w14:textId="3D6D6277">
            <w:pPr>
              <w:rPr>
                <w:rFonts w:asciiTheme="majorHAnsi" w:hAnsiTheme="majorHAnsi" w:cstheme="majorHAnsi"/>
              </w:rPr>
            </w:pPr>
            <w:r w:rsidRPr="00D34B40">
              <w:rPr>
                <w:rFonts w:asciiTheme="majorHAnsi" w:hAnsiTheme="majorHAnsi" w:cstheme="majorHAnsi"/>
                <w:lang w:val="en-GB"/>
              </w:rPr>
              <w:t>Laboratory</w:t>
            </w:r>
            <w:r>
              <w:rPr>
                <w:rFonts w:asciiTheme="majorHAnsi" w:hAnsiTheme="majorHAnsi" w:cstheme="majorHAnsi"/>
                <w:lang w:val="en-GB"/>
              </w:rPr>
              <w:t xml:space="preserve"> Training</w:t>
            </w:r>
            <w:r w:rsidRPr="00D34B40">
              <w:rPr>
                <w:rFonts w:asciiTheme="majorHAnsi" w:hAnsiTheme="majorHAnsi" w:cstheme="majorHAnsi"/>
                <w:lang w:val="en-GB"/>
              </w:rPr>
              <w:t xml:space="preserve"> (if applicable)</w:t>
            </w:r>
          </w:p>
        </w:tc>
        <w:tc>
          <w:tcPr>
            <w:tcW w:w="1674" w:type="dxa"/>
            <w:tcMar/>
          </w:tcPr>
          <w:p w:rsidRPr="004A1D46" w:rsidR="008A1173" w:rsidRDefault="008A1173" w14:paraId="53938D0B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23" w:type="dxa"/>
            <w:tcMar/>
          </w:tcPr>
          <w:p w:rsidRPr="004A1D46" w:rsidR="008A1173" w:rsidRDefault="008A1173" w14:paraId="18E2B3F2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40" w:type="dxa"/>
            <w:tcMar/>
          </w:tcPr>
          <w:p w:rsidRPr="004A1D46" w:rsidR="008A1173" w:rsidRDefault="008A1173" w14:paraId="3C5A568B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26" w:type="dxa"/>
            <w:tcMar/>
          </w:tcPr>
          <w:p w:rsidRPr="004A1D46" w:rsidR="008A1173" w:rsidRDefault="008A1173" w14:paraId="16BCFAF2" w14:textId="450A6F3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631" w:type="dxa"/>
            <w:tcMar/>
          </w:tcPr>
          <w:p w:rsidRPr="004A1D46" w:rsidR="008A1173" w:rsidRDefault="008A1173" w14:paraId="5E96C439" w14:textId="55B1880B">
            <w:pPr>
              <w:rPr>
                <w:rFonts w:asciiTheme="majorHAnsi" w:hAnsiTheme="majorHAnsi" w:cstheme="majorHAnsi"/>
              </w:rPr>
            </w:pPr>
          </w:p>
        </w:tc>
      </w:tr>
      <w:tr w:rsidRPr="004A1D46" w:rsidR="008A1173" w:rsidTr="3F542E75" w14:paraId="12CDF4E7" w14:textId="77777777">
        <w:tc>
          <w:tcPr>
            <w:tcW w:w="1662" w:type="dxa"/>
            <w:tcMar/>
          </w:tcPr>
          <w:p w:rsidRPr="004A1D46" w:rsidR="008A1173" w:rsidRDefault="008A1173" w14:paraId="701A8A47" w14:textId="62E6AA3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Dry Ice (if applicable)</w:t>
            </w:r>
          </w:p>
        </w:tc>
        <w:tc>
          <w:tcPr>
            <w:tcW w:w="1674" w:type="dxa"/>
            <w:tcMar/>
          </w:tcPr>
          <w:p w:rsidRPr="004A1D46" w:rsidR="008A1173" w:rsidRDefault="008A1173" w14:paraId="4537A69A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23" w:type="dxa"/>
            <w:tcMar/>
          </w:tcPr>
          <w:p w:rsidRPr="004A1D46" w:rsidR="008A1173" w:rsidRDefault="008A1173" w14:paraId="3A3E5FC1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40" w:type="dxa"/>
            <w:tcMar/>
          </w:tcPr>
          <w:p w:rsidRPr="004A1D46" w:rsidR="008A1173" w:rsidRDefault="008A1173" w14:paraId="35E5C1C9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26" w:type="dxa"/>
            <w:tcMar/>
          </w:tcPr>
          <w:p w:rsidRPr="004A1D46" w:rsidR="008A1173" w:rsidRDefault="008A1173" w14:paraId="261D0C05" w14:textId="70B6F51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631" w:type="dxa"/>
            <w:tcMar/>
          </w:tcPr>
          <w:p w:rsidRPr="004A1D46" w:rsidR="008A1173" w:rsidRDefault="008A1173" w14:paraId="02FF2F80" w14:textId="6AF3CD6F">
            <w:pPr>
              <w:rPr>
                <w:rFonts w:asciiTheme="majorHAnsi" w:hAnsiTheme="majorHAnsi" w:cstheme="majorHAnsi"/>
              </w:rPr>
            </w:pPr>
          </w:p>
        </w:tc>
      </w:tr>
    </w:tbl>
    <w:p w:rsidRPr="004A1D46" w:rsidR="00623304" w:rsidP="3F542E75" w:rsidRDefault="008A1173" w14:paraId="275C9605" w14:textId="18C517C2">
      <w:pPr>
        <w:keepNext w:val="1"/>
        <w:keepLines w:val="1"/>
        <w:spacing w:before="200" w:after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4F81BD" w:themeColor="accent1" w:themeTint="FF" w:themeShade="FF"/>
          <w:sz w:val="24"/>
          <w:szCs w:val="24"/>
          <w:lang w:val="en-US"/>
        </w:rPr>
      </w:pPr>
      <w:r w:rsidRPr="3F542E75" w:rsidR="008A1173">
        <w:rPr>
          <w:rFonts w:ascii="Calibri" w:hAnsi="Calibri" w:cs="Calibri" w:asciiTheme="majorAscii" w:hAnsiTheme="majorAscii" w:cstheme="majorAscii"/>
        </w:rPr>
        <w:t xml:space="preserve"> </w:t>
      </w:r>
      <w:r w:rsidRPr="3F542E75" w:rsidR="1A5C41A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4F81BD" w:themeColor="accent1" w:themeTint="FF" w:themeShade="FF"/>
          <w:sz w:val="24"/>
          <w:szCs w:val="24"/>
          <w:lang w:val="en-US"/>
        </w:rPr>
        <w:t>Audit Report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140"/>
        <w:gridCol w:w="1822"/>
        <w:gridCol w:w="2505"/>
        <w:gridCol w:w="1575"/>
        <w:gridCol w:w="1710"/>
      </w:tblGrid>
      <w:tr w:rsidR="3F542E75" w:rsidTr="3F542E75" w14:paraId="24C4E219">
        <w:trPr>
          <w:trHeight w:val="300"/>
        </w:trPr>
        <w:tc>
          <w:tcPr>
            <w:tcW w:w="1140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14958187" w14:textId="10E7B155">
            <w:pPr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</w:rPr>
            </w:pPr>
            <w:r w:rsidRPr="3F542E75" w:rsidR="3F542E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1822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0BEB3428" w14:textId="3A18FC6A">
            <w:pPr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</w:rPr>
            </w:pPr>
            <w:r w:rsidRPr="3F542E75" w:rsidR="3F542E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 xml:space="preserve">Finding </w:t>
            </w:r>
          </w:p>
        </w:tc>
        <w:tc>
          <w:tcPr>
            <w:tcW w:w="2505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5A38D556" w14:textId="486BCBA9">
            <w:pPr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</w:rPr>
            </w:pPr>
            <w:r w:rsidRPr="3F542E75" w:rsidR="3F542E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Immediate/Corrective Action</w:t>
            </w:r>
          </w:p>
        </w:tc>
        <w:tc>
          <w:tcPr>
            <w:tcW w:w="1575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4553AE4E" w14:textId="7471D805">
            <w:pPr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</w:rPr>
            </w:pPr>
            <w:r w:rsidRPr="3F542E75" w:rsidR="3F542E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 xml:space="preserve">Preventative Action 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2D16B445" w:rsidP="3F542E75" w:rsidRDefault="2D16B445" w14:paraId="77D93680" w14:textId="6B7C9774">
            <w:pPr>
              <w:pStyle w:val="Normal"/>
              <w:bidi w:val="0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</w:pPr>
            <w:r w:rsidRPr="3F542E75" w:rsidR="2D16B44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Actions Completed by (Initials and Date)</w:t>
            </w:r>
          </w:p>
        </w:tc>
      </w:tr>
      <w:tr w:rsidR="3F542E75" w:rsidTr="3F542E75" w14:paraId="0491A640">
        <w:trPr>
          <w:trHeight w:val="300"/>
        </w:trPr>
        <w:tc>
          <w:tcPr>
            <w:tcW w:w="1140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2ABA1BCE" w14:textId="6F98D0E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22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755833A2" w14:textId="23BACFF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05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43D3E468" w14:textId="4FF9360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75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63D27949" w14:textId="3443BBF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602282E5" w14:textId="6B75A4CC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F542E75" w:rsidTr="3F542E75" w14:paraId="6414A488">
        <w:trPr>
          <w:trHeight w:val="300"/>
        </w:trPr>
        <w:tc>
          <w:tcPr>
            <w:tcW w:w="1140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621186E7" w14:textId="0202280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22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19712AA0" w14:textId="2CB2525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05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43D045BC" w14:textId="626C1BC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75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56BCF769" w14:textId="5563D25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6029F6B0" w14:textId="2C30113F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F542E75" w:rsidTr="3F542E75" w14:paraId="2E4CA59E">
        <w:trPr>
          <w:trHeight w:val="300"/>
        </w:trPr>
        <w:tc>
          <w:tcPr>
            <w:tcW w:w="1140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655CFCA5" w14:textId="61D41D0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22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3BB59690" w14:textId="48B6C98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05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5DFBA7AC" w14:textId="77E60A5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75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0E5A605E" w14:textId="1C9536A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285D2837" w14:textId="1E8FB653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F542E75" w:rsidTr="3F542E75" w14:paraId="22039BD1">
        <w:trPr>
          <w:trHeight w:val="300"/>
        </w:trPr>
        <w:tc>
          <w:tcPr>
            <w:tcW w:w="1140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4BB37667" w14:textId="2BC1A5F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22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399B1491" w14:textId="08C0E65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05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3B449EB2" w14:textId="24271BD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75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1DECCD9F" w14:textId="5441767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010BF324" w14:textId="0A0DA40B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3F542E75" w:rsidTr="3F542E75" w14:paraId="0ED55B06">
        <w:trPr>
          <w:trHeight w:val="300"/>
        </w:trPr>
        <w:tc>
          <w:tcPr>
            <w:tcW w:w="1140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6775A46F" w14:textId="1CB8B5F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22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6C743BB4" w14:textId="72983AF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05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580936CD" w14:textId="711DD09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75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24439579" w14:textId="2AB182C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top"/>
          </w:tcPr>
          <w:p w:rsidR="3F542E75" w:rsidP="3F542E75" w:rsidRDefault="3F542E75" w14:paraId="78126369" w14:textId="42E6D3F8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Pr="004A1D46" w:rsidR="00623304" w:rsidP="3F542E75" w:rsidRDefault="008A1173" w14:paraId="0E29C63B" w14:textId="2B052CB1">
      <w:pPr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Pr="004A1D46" w:rsidR="00623304" w:rsidP="3F542E75" w:rsidRDefault="008A1173" w14:paraId="086C3D8B" w14:textId="1850EA1C">
      <w:pPr>
        <w:pStyle w:val="Normal"/>
        <w:keepNext w:val="1"/>
        <w:keepLines w:val="1"/>
        <w:suppressLineNumbers w:val="0"/>
        <w:bidi w:val="0"/>
        <w:spacing w:before="200" w:beforeAutospacing="off" w:after="0" w:afterAutospacing="off" w:line="276" w:lineRule="auto"/>
        <w:ind w:left="0" w:righ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4F81BD" w:themeColor="accent1" w:themeTint="FF" w:themeShade="FF"/>
          <w:sz w:val="24"/>
          <w:szCs w:val="24"/>
          <w:lang w:val="en-US"/>
        </w:rPr>
      </w:pPr>
      <w:r w:rsidRPr="3F542E75" w:rsidR="3BD3291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4F81BD" w:themeColor="accent1" w:themeTint="FF" w:themeShade="FF"/>
          <w:sz w:val="24"/>
          <w:szCs w:val="24"/>
          <w:lang w:val="en-US"/>
        </w:rPr>
        <w:t>Comments</w:t>
      </w:r>
    </w:p>
    <w:p w:rsidRPr="004A1D46" w:rsidR="00623304" w:rsidP="3F542E75" w:rsidRDefault="008A1173" w14:paraId="1BE61358" w14:textId="2ECB87B3">
      <w:pPr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542E75" w:rsidR="1A5C41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4A1D46" w:rsidR="00623304" w:rsidP="3F542E75" w:rsidRDefault="008A1173" w14:paraId="7BA06912" w14:textId="6230A6A1">
      <w:pPr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542E75" w:rsidR="1A5C41A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Auditor Signature:</w:t>
      </w:r>
      <w:r w:rsidRPr="3F542E75" w:rsidR="1A5C41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___________________</w:t>
      </w:r>
    </w:p>
    <w:p w:rsidRPr="004A1D46" w:rsidR="00623304" w:rsidP="3F542E75" w:rsidRDefault="008A1173" w14:paraId="7F56C63F" w14:textId="772913E6">
      <w:pPr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542E75" w:rsidR="1A5C41A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Report Date: </w:t>
      </w:r>
      <w:r w:rsidRPr="3F542E75" w:rsidR="1A5C41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__/__/____</w:t>
      </w:r>
    </w:p>
    <w:p w:rsidRPr="004A1D46" w:rsidR="00623304" w:rsidP="3F542E75" w:rsidRDefault="008A1173" w14:paraId="41ECF409" w14:textId="47CF7A48">
      <w:pPr>
        <w:bidi w:val="0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Pr="004A1D46" w:rsidR="00623304" w:rsidP="3F542E75" w:rsidRDefault="008A1173" w14:paraId="3FAB9FB6" w14:textId="3A633264">
      <w:pPr>
        <w:rPr>
          <w:rFonts w:ascii="Calibri" w:hAnsi="Calibri" w:cs="Calibri" w:asciiTheme="majorAscii" w:hAnsiTheme="majorAscii" w:cstheme="majorAscii"/>
        </w:rPr>
      </w:pPr>
    </w:p>
    <w:sectPr w:rsidRPr="004A1D46" w:rsidR="00623304" w:rsidSect="00034616">
      <w:footerReference w:type="default" r:id="rId8"/>
      <w:pgSz w:w="12240" w:h="15840" w:orient="portrait"/>
      <w:pgMar w:top="1440" w:right="1800" w:bottom="1440" w:left="1800" w:header="720" w:footer="720" w:gutter="0"/>
      <w:cols w:space="720"/>
      <w:docGrid w:linePitch="360"/>
      <w:headerReference w:type="default" r:id="Rc55647267b184ac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34B40" w:rsidP="00D34B40" w:rsidRDefault="00D34B40" w14:paraId="6926D4A9" w14:textId="77777777">
      <w:pPr>
        <w:spacing w:after="0" w:line="240" w:lineRule="auto"/>
      </w:pPr>
      <w:r>
        <w:separator/>
      </w:r>
    </w:p>
  </w:endnote>
  <w:endnote w:type="continuationSeparator" w:id="0">
    <w:p w:rsidR="00D34B40" w:rsidP="00D34B40" w:rsidRDefault="00D34B40" w14:paraId="3871591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34B40" w:rsidR="00D34B40" w:rsidP="662BAE6C" w:rsidRDefault="00D34B40" w14:paraId="7E7FA5B8" w14:textId="5A669F62">
    <w:pPr>
      <w:pStyle w:val="Footer"/>
      <w:rPr>
        <w:rFonts w:ascii="Calibri" w:hAnsi="Calibri" w:cs="Calibri" w:asciiTheme="majorAscii" w:hAnsiTheme="majorAscii" w:cstheme="majorAscii"/>
        <w:sz w:val="16"/>
        <w:szCs w:val="16"/>
        <w:lang w:val="en-GB"/>
      </w:rPr>
    </w:pPr>
    <w:r w:rsidRPr="662BAE6C" w:rsidR="662BAE6C">
      <w:rPr>
        <w:rFonts w:ascii="Calibri" w:hAnsi="Calibri" w:cs="Calibri" w:asciiTheme="majorAscii" w:hAnsiTheme="majorAscii" w:cstheme="majorAscii"/>
        <w:sz w:val="16"/>
        <w:szCs w:val="16"/>
        <w:lang w:val="en-GB"/>
      </w:rPr>
      <w:t>T-</w:t>
    </w:r>
    <w:r w:rsidRPr="662BAE6C" w:rsidR="662BAE6C">
      <w:rPr>
        <w:rFonts w:ascii="Calibri" w:hAnsi="Calibri" w:cs="Calibri" w:asciiTheme="majorAscii" w:hAnsiTheme="majorAscii" w:cstheme="majorAscii"/>
        <w:sz w:val="16"/>
        <w:szCs w:val="16"/>
        <w:lang w:val="en-GB"/>
      </w:rPr>
      <w:t>1042</w:t>
    </w:r>
    <w:r w:rsidRPr="662BAE6C" w:rsidR="662BAE6C">
      <w:rPr>
        <w:rFonts w:ascii="Calibri" w:hAnsi="Calibri" w:cs="Calibri" w:asciiTheme="majorAscii" w:hAnsiTheme="majorAscii" w:cstheme="majorAscii"/>
        <w:sz w:val="16"/>
        <w:szCs w:val="16"/>
        <w:lang w:val="en-GB"/>
      </w:rPr>
      <w:t>_Research Space – Staff Training Records Audit</w:t>
    </w:r>
  </w:p>
  <w:p w:rsidRPr="00D34B40" w:rsidR="00D34B40" w:rsidP="3F542E75" w:rsidRDefault="00D34B40" w14:paraId="083C72CA" w14:textId="45706A0F">
    <w:pPr>
      <w:pStyle w:val="Footer"/>
      <w:rPr>
        <w:rFonts w:ascii="Calibri" w:hAnsi="Calibri" w:cs="Calibri" w:asciiTheme="majorAscii" w:hAnsiTheme="majorAscii" w:cstheme="majorAscii"/>
        <w:sz w:val="16"/>
        <w:szCs w:val="16"/>
        <w:lang w:val="en-GB"/>
      </w:rPr>
    </w:pPr>
    <w:r w:rsidRPr="3F542E75" w:rsidR="3F542E75">
      <w:rPr>
        <w:rFonts w:ascii="Calibri" w:hAnsi="Calibri" w:cs="Calibri" w:asciiTheme="majorAscii" w:hAnsiTheme="majorAscii" w:cstheme="majorAscii"/>
        <w:sz w:val="16"/>
        <w:szCs w:val="16"/>
        <w:lang w:val="en-GB"/>
      </w:rPr>
      <w:t>V</w:t>
    </w:r>
    <w:r w:rsidRPr="3F542E75" w:rsidR="3F542E75">
      <w:rPr>
        <w:rFonts w:ascii="Calibri" w:hAnsi="Calibri" w:cs="Calibri" w:asciiTheme="majorAscii" w:hAnsiTheme="majorAscii" w:cstheme="majorAscii"/>
        <w:sz w:val="16"/>
        <w:szCs w:val="16"/>
        <w:lang w:val="en-GB"/>
      </w:rPr>
      <w:t>2</w:t>
    </w:r>
  </w:p>
  <w:p w:rsidRPr="00D34B40" w:rsidR="00D34B40" w:rsidP="6DFBD366" w:rsidRDefault="00D34B40" w14:paraId="684535A8" w14:textId="47D2108B">
    <w:pPr>
      <w:pStyle w:val="Footer"/>
      <w:rPr>
        <w:rFonts w:ascii="Calibri" w:hAnsi="Calibri" w:cs="Calibri" w:asciiTheme="majorAscii" w:hAnsiTheme="majorAscii" w:cstheme="majorAscii"/>
        <w:sz w:val="16"/>
        <w:szCs w:val="16"/>
        <w:lang w:val="en-GB"/>
      </w:rPr>
    </w:pPr>
    <w:r w:rsidRPr="3F542E75" w:rsidR="3F542E75">
      <w:rPr>
        <w:rFonts w:ascii="Calibri" w:hAnsi="Calibri" w:cs="Calibri" w:asciiTheme="majorAscii" w:hAnsiTheme="majorAscii" w:cstheme="majorAscii"/>
        <w:sz w:val="16"/>
        <w:szCs w:val="16"/>
        <w:lang w:val="en-GB"/>
      </w:rPr>
      <w:t>Effective Date:</w:t>
    </w:r>
    <w:r w:rsidRPr="3F542E75" w:rsidR="3F542E75">
      <w:rPr>
        <w:rFonts w:ascii="Calibri" w:hAnsi="Calibri" w:cs="Calibri" w:asciiTheme="majorAscii" w:hAnsiTheme="majorAscii" w:cstheme="majorAscii"/>
        <w:sz w:val="16"/>
        <w:szCs w:val="16"/>
        <w:lang w:val="en-GB"/>
      </w:rPr>
      <w:t xml:space="preserve"> </w:t>
    </w:r>
    <w:r w:rsidRPr="3F542E75" w:rsidR="3F542E75">
      <w:rPr>
        <w:rFonts w:ascii="Calibri" w:hAnsi="Calibri" w:cs="Calibri" w:asciiTheme="majorAscii" w:hAnsiTheme="majorAscii" w:cstheme="majorAscii"/>
        <w:sz w:val="16"/>
        <w:szCs w:val="16"/>
        <w:lang w:val="en-GB"/>
      </w:rPr>
      <w:t>22</w:t>
    </w:r>
    <w:r w:rsidRPr="3F542E75" w:rsidR="3F542E75">
      <w:rPr>
        <w:rFonts w:ascii="Calibri" w:hAnsi="Calibri" w:cs="Calibri" w:asciiTheme="majorAscii" w:hAnsiTheme="majorAscii" w:cstheme="majorAscii"/>
        <w:sz w:val="16"/>
        <w:szCs w:val="16"/>
        <w:vertAlign w:val="superscript"/>
        <w:lang w:val="en-GB"/>
      </w:rPr>
      <w:t>nd</w:t>
    </w:r>
    <w:r w:rsidRPr="3F542E75" w:rsidR="3F542E75">
      <w:rPr>
        <w:rFonts w:ascii="Calibri" w:hAnsi="Calibri" w:cs="Calibri" w:asciiTheme="majorAscii" w:hAnsiTheme="majorAscii" w:cstheme="majorAscii"/>
        <w:sz w:val="16"/>
        <w:szCs w:val="16"/>
        <w:lang w:val="en-GB"/>
      </w:rPr>
      <w:t xml:space="preserve"> </w:t>
    </w:r>
    <w:r w:rsidRPr="3F542E75" w:rsidR="3F542E75">
      <w:rPr>
        <w:rFonts w:ascii="Calibri" w:hAnsi="Calibri" w:cs="Calibri" w:asciiTheme="majorAscii" w:hAnsiTheme="majorAscii" w:cstheme="majorAscii"/>
        <w:sz w:val="16"/>
        <w:szCs w:val="16"/>
        <w:lang w:val="en-GB"/>
      </w:rPr>
      <w:t>August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34B40" w:rsidP="00D34B40" w:rsidRDefault="00D34B40" w14:paraId="7DE306F4" w14:textId="77777777">
      <w:pPr>
        <w:spacing w:after="0" w:line="240" w:lineRule="auto"/>
      </w:pPr>
      <w:r>
        <w:separator/>
      </w:r>
    </w:p>
  </w:footnote>
  <w:footnote w:type="continuationSeparator" w:id="0">
    <w:p w:rsidR="00D34B40" w:rsidP="00D34B40" w:rsidRDefault="00D34B40" w14:paraId="52FFE6F9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6DFBD366" w:rsidTr="6DFBD366" w14:paraId="683C7F9A">
      <w:trPr>
        <w:trHeight w:val="300"/>
      </w:trPr>
      <w:tc>
        <w:tcPr>
          <w:tcW w:w="2880" w:type="dxa"/>
          <w:tcMar/>
        </w:tcPr>
        <w:p w:rsidR="6DFBD366" w:rsidP="6DFBD366" w:rsidRDefault="6DFBD366" w14:paraId="2EC556AF" w14:textId="71E0F86E">
          <w:pPr>
            <w:pStyle w:val="Header"/>
            <w:bidi w:val="0"/>
            <w:ind w:left="-115"/>
            <w:jc w:val="left"/>
          </w:pPr>
        </w:p>
      </w:tc>
      <w:tc>
        <w:tcPr>
          <w:tcW w:w="2880" w:type="dxa"/>
          <w:tcMar/>
        </w:tcPr>
        <w:p w:rsidR="6DFBD366" w:rsidP="6DFBD366" w:rsidRDefault="6DFBD366" w14:paraId="399F708C" w14:textId="68A217BE">
          <w:pPr>
            <w:pStyle w:val="Header"/>
            <w:bidi w:val="0"/>
            <w:jc w:val="center"/>
          </w:pPr>
        </w:p>
      </w:tc>
      <w:tc>
        <w:tcPr>
          <w:tcW w:w="2880" w:type="dxa"/>
          <w:tcMar/>
        </w:tcPr>
        <w:p w:rsidR="6DFBD366" w:rsidP="6DFBD366" w:rsidRDefault="6DFBD366" w14:paraId="754E16B8" w14:textId="04686D62">
          <w:pPr>
            <w:pStyle w:val="Header"/>
            <w:bidi w:val="0"/>
            <w:ind w:right="-115"/>
            <w:jc w:val="right"/>
          </w:pPr>
        </w:p>
      </w:tc>
    </w:tr>
  </w:tbl>
  <w:p w:rsidR="6DFBD366" w:rsidP="6DFBD366" w:rsidRDefault="6DFBD366" w14:paraId="2FB5CE9E" w14:textId="0333B594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713164690">
    <w:abstractNumId w:val="8"/>
  </w:num>
  <w:num w:numId="2" w16cid:durableId="1193106504">
    <w:abstractNumId w:val="6"/>
  </w:num>
  <w:num w:numId="3" w16cid:durableId="889339804">
    <w:abstractNumId w:val="5"/>
  </w:num>
  <w:num w:numId="4" w16cid:durableId="222067613">
    <w:abstractNumId w:val="4"/>
  </w:num>
  <w:num w:numId="5" w16cid:durableId="1063482733">
    <w:abstractNumId w:val="7"/>
  </w:num>
  <w:num w:numId="6" w16cid:durableId="286594426">
    <w:abstractNumId w:val="3"/>
  </w:num>
  <w:num w:numId="7" w16cid:durableId="1201211663">
    <w:abstractNumId w:val="2"/>
  </w:num>
  <w:num w:numId="8" w16cid:durableId="575938793">
    <w:abstractNumId w:val="1"/>
  </w:num>
  <w:num w:numId="9" w16cid:durableId="1646857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3997"/>
    <w:rsid w:val="00126402"/>
    <w:rsid w:val="0015074B"/>
    <w:rsid w:val="001734A3"/>
    <w:rsid w:val="0029639D"/>
    <w:rsid w:val="002E29DC"/>
    <w:rsid w:val="00326F90"/>
    <w:rsid w:val="004A1D46"/>
    <w:rsid w:val="00516864"/>
    <w:rsid w:val="00623304"/>
    <w:rsid w:val="008A1173"/>
    <w:rsid w:val="00AA1D8D"/>
    <w:rsid w:val="00B47730"/>
    <w:rsid w:val="00CB0664"/>
    <w:rsid w:val="00D34B40"/>
    <w:rsid w:val="00FC693F"/>
    <w:rsid w:val="09AF5580"/>
    <w:rsid w:val="09AF5580"/>
    <w:rsid w:val="0E9AA377"/>
    <w:rsid w:val="0EBCA5AB"/>
    <w:rsid w:val="1A5C41A1"/>
    <w:rsid w:val="21387566"/>
    <w:rsid w:val="2D16B445"/>
    <w:rsid w:val="2F3CF3B4"/>
    <w:rsid w:val="345761D2"/>
    <w:rsid w:val="3664A988"/>
    <w:rsid w:val="3BD32917"/>
    <w:rsid w:val="3F542E75"/>
    <w:rsid w:val="41979203"/>
    <w:rsid w:val="41BF08D4"/>
    <w:rsid w:val="4FC07542"/>
    <w:rsid w:val="57FF6E8C"/>
    <w:rsid w:val="581C8EF9"/>
    <w:rsid w:val="59D4EB24"/>
    <w:rsid w:val="662BAE6C"/>
    <w:rsid w:val="6DFBD366"/>
    <w:rsid w:val="7FA0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95686C"/>
  <w14:defaultImageDpi w14:val="300"/>
  <w15:docId w15:val="{E57517B5-1756-4C0C-988A-C76AB7F82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header" Target="header.xml" Id="Rc55647267b184ac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6BB971-9378-487F-B8D2-4FC378FC836D}"/>
</file>

<file path=customXml/itemProps3.xml><?xml version="1.0" encoding="utf-8"?>
<ds:datastoreItem xmlns:ds="http://schemas.openxmlformats.org/officeDocument/2006/customXml" ds:itemID="{11D2FEEB-E2DC-4470-8BA0-52D477612E2E}"/>
</file>

<file path=customXml/itemProps4.xml><?xml version="1.0" encoding="utf-8"?>
<ds:datastoreItem xmlns:ds="http://schemas.openxmlformats.org/officeDocument/2006/customXml" ds:itemID="{AA21FC5B-4D1D-4924-95E0-444986E0A86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LOURO, Joana (UNIVERSITY HOSPITALS OF LEICESTER NHS TRUST)</cp:lastModifiedBy>
  <cp:revision>12</cp:revision>
  <dcterms:created xsi:type="dcterms:W3CDTF">2013-12-23T23:15:00Z</dcterms:created>
  <dcterms:modified xsi:type="dcterms:W3CDTF">2025-08-22T12:48:52Z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3" name="_ExtendedDescription">
    <vt:lpwstr/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