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333" w:rsidRDefault="00100760" w14:paraId="09AF2138" w14:textId="294F40D5">
      <w:pPr>
        <w:pStyle w:val="Title"/>
      </w:pPr>
      <w:r w:rsidR="00100760">
        <w:rPr/>
        <w:t>T-</w:t>
      </w:r>
      <w:r w:rsidR="224B1D55">
        <w:rPr/>
        <w:t xml:space="preserve">1046 </w:t>
      </w:r>
      <w:r w:rsidR="00100760">
        <w:rPr/>
        <w:t xml:space="preserve">- </w:t>
      </w:r>
      <w:r w:rsidR="00665990">
        <w:rPr/>
        <w:t xml:space="preserve">Audit </w:t>
      </w:r>
      <w:r w:rsidR="00100760">
        <w:rPr/>
        <w:t>of</w:t>
      </w:r>
      <w:r w:rsidR="00665990">
        <w:rPr/>
        <w:t xml:space="preserve"> </w:t>
      </w:r>
      <w:r w:rsidR="00055838">
        <w:rPr/>
        <w:t xml:space="preserve">Monitoring Visits </w:t>
      </w:r>
      <w:r w:rsidR="6B913DFC">
        <w:rPr/>
        <w:t>conducted at Research Space by E</w:t>
      </w:r>
      <w:r w:rsidR="00055838">
        <w:rPr/>
        <w:t>xternal Sponsors</w:t>
      </w:r>
      <w:r w:rsidR="00A477E4">
        <w:rPr/>
        <w:t xml:space="preserve"> </w:t>
      </w:r>
    </w:p>
    <w:p w:rsidR="00A15333" w:rsidRDefault="00665990" w14:paraId="1E9A1B44" w14:textId="77777777">
      <w:pPr>
        <w:pStyle w:val="Heading1"/>
      </w:pPr>
      <w:r>
        <w:t>General Information</w:t>
      </w:r>
    </w:p>
    <w:p w:rsidR="00F5346C" w:rsidP="00562A85" w:rsidRDefault="00562A85" w14:paraId="3CD22E69" w14:textId="79D2C30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62A85">
        <w:rPr>
          <w:rFonts w:asciiTheme="majorHAnsi" w:hAnsiTheme="majorHAnsi" w:cstheme="majorHAnsi"/>
          <w:b/>
          <w:bCs/>
          <w:sz w:val="24"/>
          <w:szCs w:val="24"/>
        </w:rPr>
        <w:t>Audit Number</w:t>
      </w:r>
      <w:r w:rsidR="00F5346C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r w:rsidRPr="00F5346C" w:rsidR="00F5346C">
        <w:rPr>
          <w:rFonts w:asciiTheme="majorHAnsi" w:hAnsiTheme="majorHAnsi" w:cstheme="majorHAnsi"/>
          <w:sz w:val="24"/>
          <w:szCs w:val="24"/>
        </w:rPr>
        <w:t>_______</w:t>
      </w:r>
    </w:p>
    <w:p w:rsidRPr="009829DD" w:rsidR="00562A85" w:rsidP="36F84DEB" w:rsidRDefault="00F5346C" w14:paraId="6F47CB27" w14:textId="0A9F6DCB">
      <w:pPr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36F84DEB" w:rsidR="00F5346C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Audit </w:t>
      </w:r>
      <w:r w:rsidRPr="36F84DEB" w:rsidR="00562A85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Scope:</w:t>
      </w:r>
      <w:r w:rsidRPr="36F84DEB" w:rsidR="00F5346C">
        <w:rPr>
          <w:rFonts w:ascii="Calibri" w:hAnsi="Calibri" w:cs="Calibri" w:asciiTheme="majorAscii" w:hAnsiTheme="majorAscii" w:cstheme="majorAscii"/>
          <w:sz w:val="24"/>
          <w:szCs w:val="24"/>
        </w:rPr>
        <w:t xml:space="preserve"> </w:t>
      </w:r>
      <w:r w:rsidRPr="36F84DEB" w:rsidR="00562A85">
        <w:rPr>
          <w:rFonts w:ascii="Calibri" w:hAnsi="Calibri" w:cs="Calibri" w:asciiTheme="majorAscii" w:hAnsiTheme="majorAscii" w:cstheme="majorAscii"/>
          <w:sz w:val="24"/>
          <w:szCs w:val="24"/>
        </w:rPr>
        <w:t>_____________</w:t>
      </w:r>
      <w:r w:rsidRPr="36F84DEB" w:rsidR="00562A85">
        <w:rPr>
          <w:rFonts w:ascii="Calibri" w:hAnsi="Calibri" w:cs="Calibri" w:asciiTheme="majorAscii" w:hAnsiTheme="majorAscii" w:cstheme="majorAscii"/>
          <w:sz w:val="24"/>
          <w:szCs w:val="24"/>
        </w:rPr>
        <w:t>______________</w:t>
      </w:r>
      <w:r w:rsidRPr="36F84DEB" w:rsidR="00562A85">
        <w:rPr>
          <w:rFonts w:ascii="Calibri" w:hAnsi="Calibri" w:cs="Calibri" w:asciiTheme="majorAscii" w:hAnsiTheme="majorAscii" w:cstheme="majorAscii"/>
          <w:sz w:val="24"/>
          <w:szCs w:val="24"/>
        </w:rPr>
        <w:t>______________________________</w:t>
      </w:r>
    </w:p>
    <w:p w:rsidRPr="009829DD" w:rsidR="00562A85" w:rsidP="00562A85" w:rsidRDefault="00562A85" w14:paraId="30498145" w14:textId="77777777">
      <w:pPr>
        <w:rPr>
          <w:rFonts w:asciiTheme="majorHAnsi" w:hAnsiTheme="majorHAnsi" w:cstheme="majorHAnsi"/>
          <w:sz w:val="24"/>
          <w:szCs w:val="24"/>
        </w:rPr>
      </w:pPr>
      <w:r w:rsidRPr="00562A85">
        <w:rPr>
          <w:rFonts w:asciiTheme="majorHAnsi" w:hAnsiTheme="majorHAnsi" w:cstheme="majorHAnsi"/>
          <w:b/>
          <w:bCs/>
          <w:sz w:val="24"/>
          <w:szCs w:val="24"/>
        </w:rPr>
        <w:t>Audit Date:</w:t>
      </w:r>
      <w:r w:rsidRPr="009829D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__/__/____</w:t>
      </w:r>
    </w:p>
    <w:p w:rsidRPr="00562A85" w:rsidR="00562A85" w:rsidP="36F84DEB" w:rsidRDefault="00562A85" w14:paraId="63BEE2AB" w14:textId="0D6BF11E">
      <w:pPr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36F84DEB" w:rsidR="00562A85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Auditor(s) Name and Job Role:</w:t>
      </w:r>
      <w:r w:rsidRPr="36F84DEB" w:rsidR="00562A85">
        <w:rPr>
          <w:rFonts w:ascii="Calibri" w:hAnsi="Calibri" w:cs="Calibri" w:asciiTheme="majorAscii" w:hAnsiTheme="majorAscii" w:cstheme="majorAscii"/>
          <w:sz w:val="24"/>
          <w:szCs w:val="24"/>
        </w:rPr>
        <w:t xml:space="preserve"> _</w:t>
      </w:r>
      <w:r w:rsidRPr="36F84DEB" w:rsidR="00562A85">
        <w:rPr>
          <w:rFonts w:ascii="Calibri" w:hAnsi="Calibri" w:cs="Calibri" w:asciiTheme="majorAscii" w:hAnsiTheme="majorAscii" w:cstheme="majorAscii"/>
          <w:sz w:val="24"/>
          <w:szCs w:val="24"/>
        </w:rPr>
        <w:t>_______</w:t>
      </w:r>
      <w:r w:rsidRPr="36F84DEB" w:rsidR="00562A85">
        <w:rPr>
          <w:rFonts w:ascii="Calibri" w:hAnsi="Calibri" w:cs="Calibri" w:asciiTheme="majorAscii" w:hAnsiTheme="majorAscii" w:cstheme="majorAscii"/>
          <w:sz w:val="24"/>
          <w:szCs w:val="24"/>
        </w:rPr>
        <w:t>__________________________________</w:t>
      </w:r>
    </w:p>
    <w:p w:rsidRPr="00A477E4" w:rsidR="00A15333" w:rsidRDefault="00A15333" w14:paraId="5BDF1DE8" w14:textId="5DEECD4D">
      <w:pPr>
        <w:pStyle w:val="Heading2"/>
        <w:rPr>
          <w:rFonts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1"/>
        <w:gridCol w:w="2198"/>
        <w:gridCol w:w="1971"/>
        <w:gridCol w:w="2306"/>
      </w:tblGrid>
      <w:tr w:rsidRPr="00A477E4" w:rsidR="003F1C31" w:rsidTr="36F84DEB" w14:paraId="19EF5468" w14:textId="77777777">
        <w:tc>
          <w:tcPr>
            <w:tcW w:w="2381" w:type="dxa"/>
            <w:tcMar/>
          </w:tcPr>
          <w:p w:rsidRPr="001C49CC" w:rsidR="003F1C31" w:rsidP="36F84DEB" w:rsidRDefault="003F1C31" w14:paraId="198B31EA" w14:textId="77777777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36F84DEB" w:rsidR="3A508EA5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Item</w:t>
            </w:r>
          </w:p>
        </w:tc>
        <w:tc>
          <w:tcPr>
            <w:tcW w:w="2198" w:type="dxa"/>
            <w:tcMar/>
          </w:tcPr>
          <w:p w:rsidR="003F1C31" w:rsidP="36F84DEB" w:rsidRDefault="003F1C31" w14:paraId="17C337B2" w14:textId="77777777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36F84DEB" w:rsidR="3A508EA5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Yes/No</w:t>
            </w:r>
          </w:p>
          <w:p w:rsidRPr="001C49CC" w:rsidR="003F1C31" w:rsidP="36F84DEB" w:rsidRDefault="003F1C31" w14:paraId="0C068F50" w14:textId="4417D1E0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36F84DEB" w:rsidR="3A508EA5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N/A</w:t>
            </w:r>
          </w:p>
        </w:tc>
        <w:tc>
          <w:tcPr>
            <w:tcW w:w="1971" w:type="dxa"/>
            <w:tcMar/>
          </w:tcPr>
          <w:p w:rsidRPr="001C49CC" w:rsidR="003F1C31" w:rsidP="36F84DEB" w:rsidRDefault="003F1C31" w14:paraId="1A009DDC" w14:textId="70A8177E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36F84DEB" w:rsidR="3A508EA5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Adults/Children’s Team</w:t>
            </w:r>
            <w:r w:rsidRPr="36F84DEB" w:rsidR="61C0AB1C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 </w:t>
            </w:r>
            <w:r w:rsidRPr="36F84DEB" w:rsidR="61C0AB1C">
              <w:rPr>
                <w:rFonts w:ascii="Calibri" w:hAnsi="Calibri" w:cs="Calibri" w:asciiTheme="majorAscii" w:hAnsiTheme="majorAscii" w:cstheme="majorAscii"/>
                <w:b w:val="0"/>
                <w:bCs w:val="0"/>
                <w:i w:val="1"/>
                <w:iCs w:val="1"/>
              </w:rPr>
              <w:t xml:space="preserve">(circle </w:t>
            </w:r>
            <w:r w:rsidRPr="36F84DEB" w:rsidR="61C0AB1C">
              <w:rPr>
                <w:rFonts w:ascii="Calibri" w:hAnsi="Calibri" w:cs="Calibri" w:asciiTheme="majorAscii" w:hAnsiTheme="majorAscii" w:cstheme="majorAscii"/>
                <w:b w:val="0"/>
                <w:bCs w:val="0"/>
                <w:i w:val="1"/>
                <w:iCs w:val="1"/>
              </w:rPr>
              <w:t>appropriately</w:t>
            </w:r>
            <w:r w:rsidRPr="36F84DEB" w:rsidR="61C0AB1C">
              <w:rPr>
                <w:rFonts w:ascii="Calibri" w:hAnsi="Calibri" w:cs="Calibri" w:asciiTheme="majorAscii" w:hAnsiTheme="majorAscii" w:cstheme="majorAscii"/>
                <w:b w:val="0"/>
                <w:bCs w:val="0"/>
                <w:i w:val="1"/>
                <w:iCs w:val="1"/>
              </w:rPr>
              <w:t xml:space="preserve">) </w:t>
            </w:r>
          </w:p>
        </w:tc>
        <w:tc>
          <w:tcPr>
            <w:tcW w:w="2306" w:type="dxa"/>
            <w:tcMar/>
          </w:tcPr>
          <w:p w:rsidRPr="001C49CC" w:rsidR="003F1C31" w:rsidP="36F84DEB" w:rsidRDefault="003F1C31" w14:paraId="72B4B777" w14:textId="231C9158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36F84DEB" w:rsidR="3A508EA5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Comments</w:t>
            </w:r>
          </w:p>
        </w:tc>
      </w:tr>
      <w:tr w:rsidRPr="00A477E4" w:rsidR="003F1C31" w:rsidTr="36F84DEB" w14:paraId="22BE38E1" w14:textId="77777777">
        <w:tc>
          <w:tcPr>
            <w:tcW w:w="2381" w:type="dxa"/>
            <w:tcMar/>
          </w:tcPr>
          <w:p w:rsidRPr="00A477E4" w:rsidR="003F1C31" w:rsidP="36F84DEB" w:rsidRDefault="003F1C31" w14:paraId="0D85DD25" w14:textId="6BA9D1C0">
            <w:pPr>
              <w:rPr>
                <w:rFonts w:ascii="Calibri" w:hAnsi="Calibri" w:cs="Calibri" w:asciiTheme="majorAscii" w:hAnsiTheme="majorAscii" w:cstheme="majorAscii"/>
              </w:rPr>
            </w:pPr>
            <w:r w:rsidRPr="36F84DEB" w:rsidR="3A508EA5">
              <w:rPr>
                <w:rFonts w:ascii="Calibri" w:hAnsi="Calibri" w:cs="Calibri" w:asciiTheme="majorAscii" w:hAnsiTheme="majorAscii" w:cstheme="majorAscii"/>
              </w:rPr>
              <w:t xml:space="preserve">How many monitoring visits were conducted </w:t>
            </w:r>
            <w:r w:rsidRPr="36F84DEB" w:rsidR="6C02D670">
              <w:rPr>
                <w:rFonts w:ascii="Calibri" w:hAnsi="Calibri" w:cs="Calibri" w:asciiTheme="majorAscii" w:hAnsiTheme="majorAscii" w:cstheme="majorAscii"/>
              </w:rPr>
              <w:t>over the last 6 months?</w:t>
            </w:r>
          </w:p>
        </w:tc>
        <w:tc>
          <w:tcPr>
            <w:tcW w:w="2198" w:type="dxa"/>
            <w:tcMar/>
          </w:tcPr>
          <w:p w:rsidRPr="00A477E4" w:rsidR="003F1C31" w:rsidRDefault="003F1C31" w14:paraId="6381933B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1" w:type="dxa"/>
            <w:tcMar/>
          </w:tcPr>
          <w:p w:rsidRPr="00A477E4" w:rsidR="003F1C31" w:rsidRDefault="003F1C31" w14:paraId="45342AC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6" w:type="dxa"/>
            <w:tcMar/>
          </w:tcPr>
          <w:p w:rsidRPr="00A477E4" w:rsidR="003F1C31" w:rsidRDefault="003F1C31" w14:paraId="7CFA2083" w14:textId="24B4BFF0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3F1C31" w:rsidTr="36F84DEB" w14:paraId="1C425543" w14:textId="77777777">
        <w:tc>
          <w:tcPr>
            <w:tcW w:w="2381" w:type="dxa"/>
            <w:tcMar/>
          </w:tcPr>
          <w:p w:rsidRPr="00A477E4" w:rsidR="003F1C31" w:rsidRDefault="003F1C31" w14:paraId="7698C9CE" w14:textId="75CB3EA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 triggered monitoring visits?</w:t>
            </w:r>
          </w:p>
        </w:tc>
        <w:tc>
          <w:tcPr>
            <w:tcW w:w="2198" w:type="dxa"/>
            <w:tcMar/>
          </w:tcPr>
          <w:p w:rsidRPr="00A477E4" w:rsidR="003F1C31" w:rsidRDefault="003F1C31" w14:paraId="5E82DB4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1" w:type="dxa"/>
            <w:tcMar/>
          </w:tcPr>
          <w:p w:rsidRPr="00A477E4" w:rsidR="003F1C31" w:rsidRDefault="003F1C31" w14:paraId="2E9EB0D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6" w:type="dxa"/>
            <w:tcMar/>
          </w:tcPr>
          <w:p w:rsidRPr="00A477E4" w:rsidR="003F1C31" w:rsidRDefault="003F1C31" w14:paraId="5D22D496" w14:textId="7D5B321E">
            <w:pPr>
              <w:rPr>
                <w:rFonts w:asciiTheme="majorHAnsi" w:hAnsiTheme="majorHAnsi" w:cstheme="majorHAnsi"/>
              </w:rPr>
            </w:pPr>
          </w:p>
        </w:tc>
      </w:tr>
      <w:tr w:rsidR="36F84DEB" w:rsidTr="36F84DEB" w14:paraId="2EC1688F">
        <w:trPr>
          <w:trHeight w:val="300"/>
        </w:trPr>
        <w:tc>
          <w:tcPr>
            <w:tcW w:w="2381" w:type="dxa"/>
            <w:tcMar/>
          </w:tcPr>
          <w:p w:rsidR="4EDCAB92" w:rsidP="36F84DEB" w:rsidRDefault="4EDCAB92" w14:paraId="675FDFA6" w14:textId="7B93BEDC">
            <w:pPr>
              <w:pStyle w:val="Normal"/>
              <w:rPr>
                <w:rFonts w:ascii="Calibri" w:hAnsi="Calibri" w:cs="Calibri" w:asciiTheme="majorAscii" w:hAnsiTheme="majorAscii" w:cstheme="majorAscii"/>
              </w:rPr>
            </w:pPr>
            <w:r w:rsidRPr="36F84DEB" w:rsidR="4EDCAB92">
              <w:rPr>
                <w:rFonts w:ascii="Calibri" w:hAnsi="Calibri" w:cs="Calibri" w:asciiTheme="majorAscii" w:hAnsiTheme="majorAscii" w:cstheme="majorAscii"/>
              </w:rPr>
              <w:t xml:space="preserve">For the planned visits, was the study team made aware of the visit </w:t>
            </w:r>
            <w:r w:rsidRPr="36F84DEB" w:rsidR="42956F0D">
              <w:rPr>
                <w:rFonts w:ascii="Calibri" w:hAnsi="Calibri" w:cs="Calibri" w:asciiTheme="majorAscii" w:hAnsiTheme="majorAscii" w:cstheme="majorAscii"/>
              </w:rPr>
              <w:t>with enough notice?</w:t>
            </w:r>
            <w:r w:rsidRPr="36F84DEB" w:rsidR="4EDCAB92">
              <w:rPr>
                <w:rFonts w:ascii="Calibri" w:hAnsi="Calibri" w:cs="Calibri" w:asciiTheme="majorAscii" w:hAnsiTheme="majorAscii" w:cstheme="majorAscii"/>
              </w:rPr>
              <w:t xml:space="preserve"> </w:t>
            </w:r>
          </w:p>
        </w:tc>
        <w:tc>
          <w:tcPr>
            <w:tcW w:w="2198" w:type="dxa"/>
            <w:tcMar/>
          </w:tcPr>
          <w:p w:rsidR="36F84DEB" w:rsidP="36F84DEB" w:rsidRDefault="36F84DEB" w14:paraId="1958152A" w14:textId="437F08FE">
            <w:pPr>
              <w:pStyle w:val="Normal"/>
              <w:rPr>
                <w:rFonts w:ascii="Calibri" w:hAnsi="Calibri" w:cs="Calibri" w:asciiTheme="majorAscii" w:hAnsiTheme="majorAscii" w:cstheme="majorAscii"/>
              </w:rPr>
            </w:pPr>
          </w:p>
        </w:tc>
        <w:tc>
          <w:tcPr>
            <w:tcW w:w="1971" w:type="dxa"/>
            <w:tcMar/>
          </w:tcPr>
          <w:p w:rsidR="36F84DEB" w:rsidP="36F84DEB" w:rsidRDefault="36F84DEB" w14:paraId="5A9F9CBD" w14:textId="59C34588">
            <w:pPr>
              <w:pStyle w:val="Normal"/>
              <w:rPr>
                <w:rFonts w:ascii="Calibri" w:hAnsi="Calibri" w:cs="Calibri" w:asciiTheme="majorAscii" w:hAnsiTheme="majorAscii" w:cstheme="majorAscii"/>
              </w:rPr>
            </w:pPr>
          </w:p>
        </w:tc>
        <w:tc>
          <w:tcPr>
            <w:tcW w:w="2306" w:type="dxa"/>
            <w:tcMar/>
          </w:tcPr>
          <w:p w:rsidR="36F84DEB" w:rsidP="36F84DEB" w:rsidRDefault="36F84DEB" w14:paraId="0D2A804C" w14:textId="737C591E">
            <w:pPr>
              <w:pStyle w:val="Normal"/>
              <w:rPr>
                <w:rFonts w:ascii="Calibri" w:hAnsi="Calibri" w:cs="Calibri" w:asciiTheme="majorAscii" w:hAnsiTheme="majorAscii" w:cstheme="majorAscii"/>
              </w:rPr>
            </w:pPr>
          </w:p>
        </w:tc>
      </w:tr>
      <w:tr w:rsidRPr="00A477E4" w:rsidR="003F1C31" w:rsidTr="36F84DEB" w14:paraId="016620F8" w14:textId="77777777">
        <w:tc>
          <w:tcPr>
            <w:tcW w:w="2381" w:type="dxa"/>
            <w:tcMar/>
          </w:tcPr>
          <w:p w:rsidRPr="00A477E4" w:rsidR="003F1C31" w:rsidRDefault="003F1C31" w14:paraId="37CDABDB" w14:textId="5960D37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Were the reports sent to study teams in time?</w:t>
            </w:r>
          </w:p>
        </w:tc>
        <w:tc>
          <w:tcPr>
            <w:tcW w:w="2198" w:type="dxa"/>
            <w:tcMar/>
          </w:tcPr>
          <w:p w:rsidRPr="00A477E4" w:rsidR="003F1C31" w:rsidRDefault="003F1C31" w14:paraId="6846B31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1" w:type="dxa"/>
            <w:tcMar/>
          </w:tcPr>
          <w:p w:rsidRPr="00A477E4" w:rsidR="003F1C31" w:rsidRDefault="003F1C31" w14:paraId="1DFFDEC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6" w:type="dxa"/>
            <w:tcMar/>
          </w:tcPr>
          <w:p w:rsidRPr="00A477E4" w:rsidR="003F1C31" w:rsidRDefault="003F1C31" w14:paraId="7B5184F2" w14:textId="18F22EF3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3F1C31" w:rsidTr="36F84DEB" w14:paraId="5048A8CA" w14:textId="77777777">
        <w:tc>
          <w:tcPr>
            <w:tcW w:w="2381" w:type="dxa"/>
            <w:tcMar/>
          </w:tcPr>
          <w:p w:rsidRPr="00A477E4" w:rsidR="003F1C31" w:rsidRDefault="003F1C31" w14:paraId="460B70AF" w14:textId="19D095A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Were the reports returned to the monitors in time?</w:t>
            </w:r>
          </w:p>
        </w:tc>
        <w:tc>
          <w:tcPr>
            <w:tcW w:w="2198" w:type="dxa"/>
            <w:tcMar/>
          </w:tcPr>
          <w:p w:rsidRPr="00A477E4" w:rsidR="003F1C31" w:rsidRDefault="003F1C31" w14:paraId="3FEEB1F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1" w:type="dxa"/>
            <w:tcMar/>
          </w:tcPr>
          <w:p w:rsidRPr="00A477E4" w:rsidR="003F1C31" w:rsidRDefault="003F1C31" w14:paraId="57751A5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6" w:type="dxa"/>
            <w:tcMar/>
          </w:tcPr>
          <w:p w:rsidRPr="00A477E4" w:rsidR="003F1C31" w:rsidRDefault="003F1C31" w14:paraId="432DD4C7" w14:textId="7C11F1C5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3F1C31" w:rsidTr="36F84DEB" w14:paraId="2637564C" w14:textId="77777777">
        <w:tc>
          <w:tcPr>
            <w:tcW w:w="2381" w:type="dxa"/>
            <w:tcMar/>
          </w:tcPr>
          <w:p w:rsidRPr="00A477E4" w:rsidR="003F1C31" w:rsidRDefault="003F1C31" w14:paraId="0E8026B3" w14:textId="6B7F608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Any major/critical findings?</w:t>
            </w:r>
          </w:p>
        </w:tc>
        <w:tc>
          <w:tcPr>
            <w:tcW w:w="2198" w:type="dxa"/>
            <w:tcMar/>
          </w:tcPr>
          <w:p w:rsidRPr="00A477E4" w:rsidR="003F1C31" w:rsidRDefault="003F1C31" w14:paraId="6559684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1" w:type="dxa"/>
            <w:tcMar/>
          </w:tcPr>
          <w:p w:rsidRPr="00A477E4" w:rsidR="003F1C31" w:rsidRDefault="003F1C31" w14:paraId="4B5E818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6" w:type="dxa"/>
            <w:tcMar/>
          </w:tcPr>
          <w:p w:rsidRPr="00A477E4" w:rsidR="003F1C31" w:rsidRDefault="003F1C31" w14:paraId="32028865" w14:textId="4280342D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3F1C31" w:rsidTr="36F84DEB" w14:paraId="17856032" w14:textId="77777777">
        <w:tc>
          <w:tcPr>
            <w:tcW w:w="2381" w:type="dxa"/>
            <w:tcMar/>
          </w:tcPr>
          <w:p w:rsidRPr="00A477E4" w:rsidR="003F1C31" w:rsidRDefault="003F1C31" w14:paraId="75EF0196" w14:textId="43B6DD0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Any repeated findings from previous visits? </w:t>
            </w:r>
          </w:p>
        </w:tc>
        <w:tc>
          <w:tcPr>
            <w:tcW w:w="2198" w:type="dxa"/>
            <w:tcMar/>
          </w:tcPr>
          <w:p w:rsidRPr="00A477E4" w:rsidR="003F1C31" w:rsidRDefault="003F1C31" w14:paraId="6D1CC2B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1" w:type="dxa"/>
            <w:tcMar/>
          </w:tcPr>
          <w:p w:rsidRPr="00A477E4" w:rsidR="003F1C31" w:rsidRDefault="003F1C31" w14:paraId="720ADCCC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6" w:type="dxa"/>
            <w:tcMar/>
          </w:tcPr>
          <w:p w:rsidRPr="00A477E4" w:rsidR="003F1C31" w:rsidRDefault="003F1C31" w14:paraId="0366BDA0" w14:textId="039B25EE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3F1C31" w:rsidTr="36F84DEB" w14:paraId="5AB68787" w14:textId="77777777">
        <w:tc>
          <w:tcPr>
            <w:tcW w:w="2381" w:type="dxa"/>
            <w:tcMar/>
          </w:tcPr>
          <w:p w:rsidRPr="00A477E4" w:rsidR="003F1C31" w:rsidRDefault="003F1C31" w14:paraId="72C81310" w14:textId="0F3741B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Has a trend been identified? </w:t>
            </w:r>
          </w:p>
        </w:tc>
        <w:tc>
          <w:tcPr>
            <w:tcW w:w="2198" w:type="dxa"/>
            <w:tcMar/>
          </w:tcPr>
          <w:p w:rsidRPr="00A477E4" w:rsidR="003F1C31" w:rsidRDefault="003F1C31" w14:paraId="00902FCC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1" w:type="dxa"/>
            <w:tcMar/>
          </w:tcPr>
          <w:p w:rsidRPr="00A477E4" w:rsidR="003F1C31" w:rsidRDefault="003F1C31" w14:paraId="210ABD2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06" w:type="dxa"/>
            <w:tcMar/>
          </w:tcPr>
          <w:p w:rsidRPr="00A477E4" w:rsidR="003F1C31" w:rsidRDefault="003F1C31" w14:paraId="368656A3" w14:textId="25C566F0">
            <w:pPr>
              <w:rPr>
                <w:rFonts w:asciiTheme="majorHAnsi" w:hAnsiTheme="majorHAnsi" w:cstheme="majorHAnsi"/>
              </w:rPr>
            </w:pPr>
          </w:p>
        </w:tc>
      </w:tr>
    </w:tbl>
    <w:p w:rsidRPr="00A477E4" w:rsidR="00A15333" w:rsidRDefault="00665990" w14:paraId="27324F45" w14:textId="77777777">
      <w:pPr>
        <w:pStyle w:val="Heading2"/>
        <w:rPr>
          <w:rFonts w:cstheme="majorHAnsi"/>
          <w:sz w:val="22"/>
          <w:szCs w:val="22"/>
        </w:rPr>
      </w:pPr>
      <w:r w:rsidRPr="00A477E4">
        <w:rPr>
          <w:rFonts w:cstheme="majorHAnsi"/>
          <w:sz w:val="22"/>
          <w:szCs w:val="22"/>
        </w:rPr>
        <w:t>Audit Summary</w:t>
      </w:r>
    </w:p>
    <w:p w:rsidRPr="00A477E4" w:rsidR="00A15333" w:rsidRDefault="00665990" w14:paraId="5017D585" w14:textId="77777777">
      <w:pPr>
        <w:rPr>
          <w:rFonts w:asciiTheme="majorHAnsi" w:hAnsiTheme="majorHAnsi" w:cstheme="majorHAnsi"/>
        </w:rPr>
      </w:pPr>
      <w:r w:rsidRPr="00A477E4">
        <w:rPr>
          <w:rFonts w:asciiTheme="majorHAnsi" w:hAnsiTheme="majorHAnsi" w:cstheme="majorHAnsi"/>
        </w:rPr>
        <w:t>Number of non-conformities identified: _______</w:t>
      </w:r>
    </w:p>
    <w:p w:rsidRPr="00A477E4" w:rsidR="00665990" w:rsidP="00665990" w:rsidRDefault="00665990" w14:paraId="4CCD0EDA" w14:textId="268FAB6D">
      <w:pPr>
        <w:pStyle w:val="Heading2"/>
        <w:rPr>
          <w:rFonts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5"/>
        <w:gridCol w:w="1756"/>
        <w:gridCol w:w="1941"/>
        <w:gridCol w:w="1909"/>
        <w:gridCol w:w="1585"/>
      </w:tblGrid>
      <w:tr w:rsidRPr="00A477E4" w:rsidR="00665990" w:rsidTr="36F84DEB" w14:paraId="61BC5361" w14:textId="70250D6D">
        <w:tc>
          <w:tcPr>
            <w:tcW w:w="1665" w:type="dxa"/>
            <w:tcMar/>
          </w:tcPr>
          <w:p w:rsidR="00665990" w:rsidP="00665990" w:rsidRDefault="00665990" w14:paraId="5AD02690" w14:textId="279C55E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Category</w:t>
            </w:r>
          </w:p>
        </w:tc>
        <w:tc>
          <w:tcPr>
            <w:tcW w:w="1756" w:type="dxa"/>
            <w:tcMar/>
          </w:tcPr>
          <w:p w:rsidRPr="001344DF" w:rsidR="00665990" w:rsidP="00665990" w:rsidRDefault="00665990" w14:paraId="71BF970F" w14:textId="327F5AE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Finding</w:t>
            </w:r>
          </w:p>
        </w:tc>
        <w:tc>
          <w:tcPr>
            <w:tcW w:w="1941" w:type="dxa"/>
            <w:tcMar/>
          </w:tcPr>
          <w:p w:rsidRPr="001344DF" w:rsidR="00665990" w:rsidP="36F84DEB" w:rsidRDefault="00665990" w14:paraId="1EDDFFD0" w14:textId="78F916CA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36F84DEB" w:rsidR="00665990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Immediate</w:t>
            </w:r>
            <w:r w:rsidRPr="36F84DEB" w:rsidR="07B1AD90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/Corrective</w:t>
            </w:r>
            <w:r w:rsidRPr="36F84DEB" w:rsidR="00665990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 Action</w:t>
            </w:r>
          </w:p>
        </w:tc>
        <w:tc>
          <w:tcPr>
            <w:tcW w:w="1909" w:type="dxa"/>
            <w:tcMar/>
          </w:tcPr>
          <w:p w:rsidRPr="001344DF" w:rsidR="00665990" w:rsidP="36F84DEB" w:rsidRDefault="00665990" w14:paraId="45AB8FE6" w14:textId="4B616BAC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36F84DEB" w:rsidR="0CE4E307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Preventative </w:t>
            </w:r>
            <w:r w:rsidRPr="36F84DEB" w:rsidR="00665990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Action</w:t>
            </w:r>
          </w:p>
        </w:tc>
        <w:tc>
          <w:tcPr>
            <w:tcW w:w="1585" w:type="dxa"/>
            <w:tcMar/>
          </w:tcPr>
          <w:p w:rsidRPr="001344DF" w:rsidR="00665990" w:rsidP="00665990" w:rsidRDefault="00665990" w14:paraId="58810B80" w14:textId="53300F3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Actions </w:t>
            </w:r>
            <w:r>
              <w:rPr>
                <w:rFonts w:asciiTheme="majorHAnsi" w:hAnsiTheme="majorHAnsi" w:cstheme="majorHAnsi"/>
                <w:b/>
                <w:bCs/>
              </w:rPr>
              <w:lastRenderedPageBreak/>
              <w:t>Completed by (Initials and Date)</w:t>
            </w:r>
          </w:p>
        </w:tc>
      </w:tr>
      <w:tr w:rsidRPr="00A477E4" w:rsidR="00665990" w:rsidTr="36F84DEB" w14:paraId="0F5509F5" w14:textId="69A325E8">
        <w:tc>
          <w:tcPr>
            <w:tcW w:w="1665" w:type="dxa"/>
            <w:tcMar/>
          </w:tcPr>
          <w:p w:rsidRPr="00A477E4" w:rsidR="00665990" w:rsidP="00650413" w:rsidRDefault="00665990" w14:paraId="6A162B4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  <w:tcMar/>
          </w:tcPr>
          <w:p w:rsidRPr="00A477E4" w:rsidR="00665990" w:rsidP="00650413" w:rsidRDefault="00665990" w14:paraId="10D78E80" w14:textId="7E6454C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tcMar/>
          </w:tcPr>
          <w:p w:rsidRPr="00A477E4" w:rsidR="00665990" w:rsidP="00650413" w:rsidRDefault="00665990" w14:paraId="38828B4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  <w:tcMar/>
          </w:tcPr>
          <w:p w:rsidRPr="00A477E4" w:rsidR="00665990" w:rsidP="00650413" w:rsidRDefault="00665990" w14:paraId="0327222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665990" w:rsidP="00650413" w:rsidRDefault="00665990" w14:paraId="32F2318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665990" w:rsidTr="36F84DEB" w14:paraId="084883F2" w14:textId="10624E94">
        <w:tc>
          <w:tcPr>
            <w:tcW w:w="1665" w:type="dxa"/>
            <w:tcMar/>
          </w:tcPr>
          <w:p w:rsidRPr="00A477E4" w:rsidR="00665990" w:rsidP="00650413" w:rsidRDefault="00665990" w14:paraId="425BD2F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  <w:tcMar/>
          </w:tcPr>
          <w:p w:rsidRPr="00A477E4" w:rsidR="00665990" w:rsidP="00650413" w:rsidRDefault="00665990" w14:paraId="4C6BB7CC" w14:textId="6F87A89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tcMar/>
          </w:tcPr>
          <w:p w:rsidRPr="00A477E4" w:rsidR="00665990" w:rsidP="00650413" w:rsidRDefault="00665990" w14:paraId="5B76FC0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  <w:tcMar/>
          </w:tcPr>
          <w:p w:rsidRPr="00A477E4" w:rsidR="00665990" w:rsidP="00650413" w:rsidRDefault="00665990" w14:paraId="7EAE859B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665990" w:rsidP="00650413" w:rsidRDefault="00665990" w14:paraId="266D2B08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665990" w:rsidTr="36F84DEB" w14:paraId="76B391C8" w14:textId="45188C47">
        <w:tc>
          <w:tcPr>
            <w:tcW w:w="1665" w:type="dxa"/>
            <w:tcMar/>
          </w:tcPr>
          <w:p w:rsidRPr="00A477E4" w:rsidR="00665990" w:rsidP="00650413" w:rsidRDefault="00665990" w14:paraId="5494554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  <w:tcMar/>
          </w:tcPr>
          <w:p w:rsidRPr="00A477E4" w:rsidR="00665990" w:rsidP="00650413" w:rsidRDefault="00665990" w14:paraId="60FA9F79" w14:textId="57B84DF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tcMar/>
          </w:tcPr>
          <w:p w:rsidRPr="00A477E4" w:rsidR="00665990" w:rsidP="00650413" w:rsidRDefault="00665990" w14:paraId="09C4C68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  <w:tcMar/>
          </w:tcPr>
          <w:p w:rsidRPr="00A477E4" w:rsidR="00665990" w:rsidP="00650413" w:rsidRDefault="00665990" w14:paraId="5D007C7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665990" w:rsidP="00650413" w:rsidRDefault="00665990" w14:paraId="59CA466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665990" w:rsidTr="36F84DEB" w14:paraId="1EAB23F8" w14:textId="3FFAAEC3">
        <w:tc>
          <w:tcPr>
            <w:tcW w:w="1665" w:type="dxa"/>
            <w:tcMar/>
          </w:tcPr>
          <w:p w:rsidRPr="00A477E4" w:rsidR="00665990" w:rsidP="00650413" w:rsidRDefault="00665990" w14:paraId="3F5D449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  <w:tcMar/>
          </w:tcPr>
          <w:p w:rsidRPr="00A477E4" w:rsidR="00665990" w:rsidP="00650413" w:rsidRDefault="00665990" w14:paraId="61EC9A78" w14:textId="5998360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tcMar/>
          </w:tcPr>
          <w:p w:rsidRPr="00A477E4" w:rsidR="00665990" w:rsidP="00650413" w:rsidRDefault="00665990" w14:paraId="4CEECE5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  <w:tcMar/>
          </w:tcPr>
          <w:p w:rsidRPr="00A477E4" w:rsidR="00665990" w:rsidP="00650413" w:rsidRDefault="00665990" w14:paraId="006E331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665990" w:rsidP="00650413" w:rsidRDefault="00665990" w14:paraId="0F0F392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665990" w:rsidTr="36F84DEB" w14:paraId="1D4A453A" w14:textId="77777777">
        <w:tc>
          <w:tcPr>
            <w:tcW w:w="1665" w:type="dxa"/>
            <w:tcMar/>
          </w:tcPr>
          <w:p w:rsidRPr="00A477E4" w:rsidR="00665990" w:rsidP="00650413" w:rsidRDefault="00665990" w14:paraId="6473F87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  <w:tcMar/>
          </w:tcPr>
          <w:p w:rsidRPr="00A477E4" w:rsidR="00665990" w:rsidP="00650413" w:rsidRDefault="00665990" w14:paraId="500FEEA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tcMar/>
          </w:tcPr>
          <w:p w:rsidRPr="00A477E4" w:rsidR="00665990" w:rsidP="00650413" w:rsidRDefault="00665990" w14:paraId="0E428AE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  <w:tcMar/>
          </w:tcPr>
          <w:p w:rsidRPr="00A477E4" w:rsidR="00665990" w:rsidP="00650413" w:rsidRDefault="00665990" w14:paraId="29D88A4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665990" w:rsidP="00650413" w:rsidRDefault="00665990" w14:paraId="733D9A0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665990" w:rsidTr="36F84DEB" w14:paraId="4E592721" w14:textId="77777777">
        <w:tc>
          <w:tcPr>
            <w:tcW w:w="1665" w:type="dxa"/>
            <w:tcMar/>
          </w:tcPr>
          <w:p w:rsidRPr="00A477E4" w:rsidR="00665990" w:rsidP="00650413" w:rsidRDefault="00665990" w14:paraId="454E775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  <w:tcMar/>
          </w:tcPr>
          <w:p w:rsidRPr="00A477E4" w:rsidR="00665990" w:rsidP="00650413" w:rsidRDefault="00665990" w14:paraId="6E454A6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tcMar/>
          </w:tcPr>
          <w:p w:rsidRPr="00A477E4" w:rsidR="00665990" w:rsidP="00650413" w:rsidRDefault="00665990" w14:paraId="7345212B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  <w:tcMar/>
          </w:tcPr>
          <w:p w:rsidRPr="00A477E4" w:rsidR="00665990" w:rsidP="00650413" w:rsidRDefault="00665990" w14:paraId="3E166C4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665990" w:rsidP="00650413" w:rsidRDefault="00665990" w14:paraId="7D44AAC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665990" w:rsidTr="36F84DEB" w14:paraId="0ABCA6ED" w14:textId="77777777">
        <w:tc>
          <w:tcPr>
            <w:tcW w:w="1665" w:type="dxa"/>
            <w:tcMar/>
          </w:tcPr>
          <w:p w:rsidRPr="00A477E4" w:rsidR="00665990" w:rsidP="00650413" w:rsidRDefault="00665990" w14:paraId="4D3F00B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  <w:tcMar/>
          </w:tcPr>
          <w:p w:rsidRPr="00A477E4" w:rsidR="00665990" w:rsidP="00650413" w:rsidRDefault="00665990" w14:paraId="050B639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tcMar/>
          </w:tcPr>
          <w:p w:rsidRPr="00A477E4" w:rsidR="00665990" w:rsidP="00650413" w:rsidRDefault="00665990" w14:paraId="20F976E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9" w:type="dxa"/>
            <w:tcMar/>
          </w:tcPr>
          <w:p w:rsidRPr="00A477E4" w:rsidR="00665990" w:rsidP="00650413" w:rsidRDefault="00665990" w14:paraId="1D53088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665990" w:rsidP="00650413" w:rsidRDefault="00665990" w14:paraId="157A2A7C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="00665990" w:rsidRDefault="00665990" w14:paraId="5DCD91F8" w14:textId="77777777">
      <w:pPr>
        <w:rPr>
          <w:rFonts w:asciiTheme="majorHAnsi" w:hAnsiTheme="majorHAnsi" w:cstheme="majorHAnsi"/>
        </w:rPr>
      </w:pPr>
    </w:p>
    <w:p w:rsidR="00A15333" w:rsidRDefault="00665990" w14:paraId="4FADC833" w14:textId="02CBC191">
      <w:pPr>
        <w:rPr>
          <w:rFonts w:asciiTheme="majorHAnsi" w:hAnsiTheme="majorHAnsi" w:cstheme="majorHAnsi"/>
        </w:rPr>
      </w:pPr>
      <w:r w:rsidRPr="00A477E4">
        <w:rPr>
          <w:rFonts w:asciiTheme="majorHAnsi" w:hAnsiTheme="majorHAnsi" w:cstheme="majorHAnsi"/>
        </w:rPr>
        <w:t>Auditor Signature: ___________________</w:t>
      </w:r>
    </w:p>
    <w:p w:rsidR="00665990" w:rsidRDefault="00665990" w14:paraId="305B02A6" w14:textId="79F4E43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Audit Report Date:___________________</w:t>
      </w:r>
    </w:p>
    <w:p w:rsidR="00665990" w:rsidRDefault="00665990" w14:paraId="4DF763F1" w14:textId="77777777">
      <w:pPr>
        <w:rPr>
          <w:rFonts w:asciiTheme="majorHAnsi" w:hAnsiTheme="majorHAnsi" w:cstheme="majorHAnsi"/>
        </w:rPr>
      </w:pPr>
    </w:p>
    <w:p w:rsidR="00665990" w:rsidRDefault="00665990" w14:paraId="7B86C59B" w14:textId="77777777">
      <w:pPr>
        <w:rPr>
          <w:rFonts w:asciiTheme="majorHAnsi" w:hAnsiTheme="majorHAnsi" w:cstheme="majorHAnsi"/>
        </w:rPr>
      </w:pPr>
    </w:p>
    <w:p w:rsidRPr="00A477E4" w:rsidR="00665990" w:rsidRDefault="00665990" w14:paraId="294B6543" w14:textId="77777777">
      <w:pPr>
        <w:rPr>
          <w:rFonts w:asciiTheme="majorHAnsi" w:hAnsiTheme="majorHAnsi" w:cstheme="majorHAnsi"/>
        </w:rPr>
      </w:pPr>
    </w:p>
    <w:p w:rsidRPr="00A477E4" w:rsidR="00A15333" w:rsidRDefault="00A15333" w14:paraId="58E63041" w14:textId="60DB5B36">
      <w:pPr>
        <w:rPr>
          <w:rFonts w:asciiTheme="majorHAnsi" w:hAnsiTheme="majorHAnsi" w:cstheme="majorHAnsi"/>
        </w:rPr>
      </w:pPr>
    </w:p>
    <w:sectPr w:rsidRPr="00A477E4" w:rsidR="00A15333" w:rsidSect="00034616">
      <w:headerReference w:type="default" r:id="rId8"/>
      <w:footerReference w:type="default" r:id="rId9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764" w:rsidP="00857764" w:rsidRDefault="00857764" w14:paraId="167BDD90" w14:textId="77777777">
      <w:pPr>
        <w:spacing w:after="0" w:line="240" w:lineRule="auto"/>
      </w:pPr>
      <w:r>
        <w:separator/>
      </w:r>
    </w:p>
  </w:endnote>
  <w:endnote w:type="continuationSeparator" w:id="0">
    <w:p w:rsidR="00857764" w:rsidP="00857764" w:rsidRDefault="00857764" w14:paraId="78DB859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57764" w:rsidR="00857764" w:rsidP="36F84DEB" w:rsidRDefault="00857764" w14:paraId="144E1E84" w14:textId="105BDC08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Calibri" w:hAnsi="Calibri" w:cs="Calibri" w:asciiTheme="majorAscii" w:hAnsiTheme="majorAscii" w:cstheme="majorAscii"/>
        <w:sz w:val="16"/>
        <w:szCs w:val="16"/>
      </w:rPr>
    </w:pPr>
    <w:r w:rsidRPr="36F84DEB" w:rsidR="36F84DEB">
      <w:rPr>
        <w:rFonts w:ascii="Calibri" w:hAnsi="Calibri" w:cs="Calibri" w:asciiTheme="majorAscii" w:hAnsiTheme="majorAscii" w:cstheme="majorAscii"/>
        <w:sz w:val="16"/>
        <w:szCs w:val="16"/>
        <w:lang w:val="en-GB"/>
      </w:rPr>
      <w:t>T-</w:t>
    </w:r>
    <w:r w:rsidRPr="36F84DEB" w:rsidR="36F84DEB">
      <w:rPr>
        <w:rFonts w:ascii="Calibri" w:hAnsi="Calibri" w:cs="Calibri" w:asciiTheme="majorAscii" w:hAnsiTheme="majorAscii" w:cstheme="majorAscii"/>
        <w:sz w:val="16"/>
        <w:szCs w:val="16"/>
        <w:lang w:val="en-GB"/>
      </w:rPr>
      <w:t>1046_</w:t>
    </w:r>
    <w:r w:rsidRPr="36F84DEB" w:rsidR="36F84DEB">
      <w:rPr>
        <w:rFonts w:ascii="Calibri" w:hAnsi="Calibri" w:cs="Calibri" w:asciiTheme="majorAscii" w:hAnsiTheme="majorAscii" w:cstheme="majorAscii"/>
        <w:sz w:val="16"/>
        <w:szCs w:val="16"/>
      </w:rPr>
      <w:t xml:space="preserve"> Audit of Monitoring Visits conducted at Research Space by External Sponsors</w:t>
    </w:r>
  </w:p>
  <w:p w:rsidRPr="00857764" w:rsidR="00857764" w:rsidP="36F84DEB" w:rsidRDefault="00857764" w14:paraId="1B5B2AA5" w14:textId="2553E3B7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36F84DEB" w:rsidR="36F84DEB">
      <w:rPr>
        <w:rFonts w:ascii="Calibri" w:hAnsi="Calibri" w:cs="Calibri" w:asciiTheme="majorAscii" w:hAnsiTheme="majorAscii" w:cstheme="majorAscii"/>
        <w:sz w:val="16"/>
        <w:szCs w:val="16"/>
        <w:lang w:val="en-GB"/>
      </w:rPr>
      <w:t>V1</w:t>
    </w:r>
  </w:p>
  <w:p w:rsidRPr="00857764" w:rsidR="00857764" w:rsidP="36F84DEB" w:rsidRDefault="00857764" w14:paraId="0C90101B" w14:textId="62597DB6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36F84DEB" w:rsidR="36F84DEB">
      <w:rPr>
        <w:rFonts w:ascii="Calibri" w:hAnsi="Calibri" w:cs="Calibri" w:asciiTheme="majorAscii" w:hAnsiTheme="majorAscii" w:cstheme="majorAscii"/>
        <w:sz w:val="16"/>
        <w:szCs w:val="16"/>
        <w:lang w:val="en-GB"/>
      </w:rPr>
      <w:t>Effective Date:</w:t>
    </w:r>
    <w:r w:rsidRPr="36F84DEB" w:rsidR="36F84DEB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</w:t>
    </w:r>
    <w:r w:rsidRPr="36F84DEB" w:rsidR="36F84DEB">
      <w:rPr>
        <w:rFonts w:ascii="Calibri" w:hAnsi="Calibri" w:cs="Calibri" w:asciiTheme="majorAscii" w:hAnsiTheme="majorAscii" w:cstheme="majorAscii"/>
        <w:sz w:val="16"/>
        <w:szCs w:val="16"/>
        <w:lang w:val="en-GB"/>
      </w:rPr>
      <w:t>28</w:t>
    </w:r>
    <w:r w:rsidRPr="36F84DEB" w:rsidR="36F84DEB">
      <w:rPr>
        <w:rFonts w:ascii="Calibri" w:hAnsi="Calibri" w:cs="Calibri" w:asciiTheme="majorAscii" w:hAnsiTheme="majorAscii" w:cstheme="majorAscii"/>
        <w:sz w:val="16"/>
        <w:szCs w:val="16"/>
        <w:lang w:val="en-GB"/>
      </w:rPr>
      <w:t>th</w:t>
    </w:r>
    <w:r w:rsidRPr="36F84DEB" w:rsidR="36F84DEB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August 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764" w:rsidP="00857764" w:rsidRDefault="00857764" w14:paraId="67244C71" w14:textId="77777777">
      <w:pPr>
        <w:spacing w:after="0" w:line="240" w:lineRule="auto"/>
      </w:pPr>
      <w:r>
        <w:separator/>
      </w:r>
    </w:p>
  </w:footnote>
  <w:footnote w:type="continuationSeparator" w:id="0">
    <w:p w:rsidR="00857764" w:rsidP="00857764" w:rsidRDefault="00857764" w14:paraId="50B0B4C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65103" w:rsidP="00365103" w:rsidRDefault="00365103" w14:paraId="3F26165B" w14:textId="2DAC1C12">
    <w:pPr>
      <w:pStyle w:val="Header"/>
      <w:jc w:val="right"/>
    </w:pPr>
    <w:r>
      <w:rPr>
        <w:rFonts w:ascii="Arial" w:hAnsi="Arial" w:cs="Arial"/>
        <w:noProof/>
      </w:rPr>
      <w:drawing>
        <wp:inline distT="0" distB="0" distL="0" distR="0" wp14:anchorId="5FD8115E" wp14:editId="6FEE8D35">
          <wp:extent cx="1322705" cy="664210"/>
          <wp:effectExtent l="0" t="0" r="0" b="2540"/>
          <wp:docPr id="15776558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366638612">
    <w:abstractNumId w:val="8"/>
  </w:num>
  <w:num w:numId="2" w16cid:durableId="1764256427">
    <w:abstractNumId w:val="6"/>
  </w:num>
  <w:num w:numId="3" w16cid:durableId="1309892986">
    <w:abstractNumId w:val="5"/>
  </w:num>
  <w:num w:numId="4" w16cid:durableId="1455517616">
    <w:abstractNumId w:val="4"/>
  </w:num>
  <w:num w:numId="5" w16cid:durableId="2102607673">
    <w:abstractNumId w:val="7"/>
  </w:num>
  <w:num w:numId="6" w16cid:durableId="1268394636">
    <w:abstractNumId w:val="3"/>
  </w:num>
  <w:num w:numId="7" w16cid:durableId="1658798940">
    <w:abstractNumId w:val="2"/>
  </w:num>
  <w:num w:numId="8" w16cid:durableId="1025669720">
    <w:abstractNumId w:val="1"/>
  </w:num>
  <w:num w:numId="9" w16cid:durableId="2936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838"/>
    <w:rsid w:val="0006063C"/>
    <w:rsid w:val="000B5390"/>
    <w:rsid w:val="00100760"/>
    <w:rsid w:val="001344DF"/>
    <w:rsid w:val="0015074B"/>
    <w:rsid w:val="00175AAB"/>
    <w:rsid w:val="001C49CC"/>
    <w:rsid w:val="0029639D"/>
    <w:rsid w:val="00326F90"/>
    <w:rsid w:val="00365103"/>
    <w:rsid w:val="003C13EE"/>
    <w:rsid w:val="003F1C31"/>
    <w:rsid w:val="00443A8B"/>
    <w:rsid w:val="00562A85"/>
    <w:rsid w:val="005E7E60"/>
    <w:rsid w:val="006224A9"/>
    <w:rsid w:val="00665990"/>
    <w:rsid w:val="00857764"/>
    <w:rsid w:val="00886FC1"/>
    <w:rsid w:val="008C5C7E"/>
    <w:rsid w:val="008F05C2"/>
    <w:rsid w:val="00A15333"/>
    <w:rsid w:val="00A477E4"/>
    <w:rsid w:val="00AA1D8D"/>
    <w:rsid w:val="00B47730"/>
    <w:rsid w:val="00C03B26"/>
    <w:rsid w:val="00CB0664"/>
    <w:rsid w:val="00D4082C"/>
    <w:rsid w:val="00D60039"/>
    <w:rsid w:val="00E85642"/>
    <w:rsid w:val="00EC1F4C"/>
    <w:rsid w:val="00F5346C"/>
    <w:rsid w:val="00F824D3"/>
    <w:rsid w:val="00FC693F"/>
    <w:rsid w:val="03F06235"/>
    <w:rsid w:val="07B1AD90"/>
    <w:rsid w:val="0CE4E307"/>
    <w:rsid w:val="18B34B20"/>
    <w:rsid w:val="224B1D55"/>
    <w:rsid w:val="347A041F"/>
    <w:rsid w:val="36F84DEB"/>
    <w:rsid w:val="3A508EA5"/>
    <w:rsid w:val="42956F0D"/>
    <w:rsid w:val="4B5B8DCE"/>
    <w:rsid w:val="4EDCAB92"/>
    <w:rsid w:val="4F118B05"/>
    <w:rsid w:val="5400FE9F"/>
    <w:rsid w:val="61C0AB1C"/>
    <w:rsid w:val="6303AEFF"/>
    <w:rsid w:val="65CC92D1"/>
    <w:rsid w:val="6B913DFC"/>
    <w:rsid w:val="6C02D670"/>
    <w:rsid w:val="7604BFA5"/>
    <w:rsid w:val="7B0C6C17"/>
    <w:rsid w:val="7C4D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B78C634"/>
  <w14:defaultImageDpi w14:val="300"/>
  <w15:docId w15:val="{6A0A7545-DB60-4B59-A4E0-A6636069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1C58F-1D96-4C1A-A129-FD8CDFEDDD8F}"/>
</file>

<file path=customXml/itemProps3.xml><?xml version="1.0" encoding="utf-8"?>
<ds:datastoreItem xmlns:ds="http://schemas.openxmlformats.org/officeDocument/2006/customXml" ds:itemID="{E740ED9C-1F93-42E8-B638-8C12FF4D4E7E}"/>
</file>

<file path=customXml/itemProps4.xml><?xml version="1.0" encoding="utf-8"?>
<ds:datastoreItem xmlns:ds="http://schemas.openxmlformats.org/officeDocument/2006/customXml" ds:itemID="{583A4D37-6E27-4E91-8B58-742E46DCE1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LOURO, Joana (UNIVERSITY HOSPITALS OF LEICESTER NHS TRUST)</cp:lastModifiedBy>
  <cp:revision>21</cp:revision>
  <dcterms:created xsi:type="dcterms:W3CDTF">2013-12-23T23:15:00Z</dcterms:created>
  <dcterms:modified xsi:type="dcterms:W3CDTF">2025-08-28T11:36:25Z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Order">
    <vt:r8>17600</vt:r8>
  </property>
  <property fmtid="{D5CDD505-2E9C-101B-9397-08002B2CF9AE}" pid="4" name="_ExtendedDescription">
    <vt:lpwstr/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