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5564" w:rsidRDefault="009A0D5F" w14:paraId="7010546D" w14:textId="21D8B0AE">
      <w:pPr>
        <w:pStyle w:val="Title"/>
      </w:pPr>
      <w:r w:rsidR="009A0D5F">
        <w:rPr/>
        <w:t>T-</w:t>
      </w:r>
      <w:r w:rsidR="6FB6B164">
        <w:rPr/>
        <w:t>1047</w:t>
      </w:r>
      <w:r w:rsidR="009A0D5F">
        <w:rPr/>
        <w:t xml:space="preserve"> </w:t>
      </w:r>
      <w:r w:rsidR="1F4379E3">
        <w:rPr/>
        <w:t xml:space="preserve">- </w:t>
      </w:r>
      <w:r w:rsidR="009A0D5F">
        <w:rPr/>
        <w:t xml:space="preserve">Research Space </w:t>
      </w:r>
      <w:r w:rsidR="009A0D5F">
        <w:rPr/>
        <w:t>Set-Up Process</w:t>
      </w:r>
    </w:p>
    <w:p w:rsidR="00505564" w:rsidP="009A0D5F" w:rsidRDefault="009A0D5F" w14:paraId="3D83D874" w14:textId="1F94450F">
      <w:pPr>
        <w:pStyle w:val="Heading1"/>
        <w:jc w:val="both"/>
        <w:rPr>
          <w:rFonts w:cstheme="majorHAnsi"/>
          <w:sz w:val="22"/>
          <w:szCs w:val="22"/>
        </w:rPr>
      </w:pPr>
      <w:r w:rsidRPr="78432DE7" w:rsidR="009A0D5F">
        <w:rPr>
          <w:rFonts w:cs="Calibri" w:cstheme="majorAscii"/>
          <w:sz w:val="22"/>
          <w:szCs w:val="22"/>
        </w:rPr>
        <w:t>General Information</w:t>
      </w:r>
    </w:p>
    <w:p w:rsidR="189407BD" w:rsidP="78432DE7" w:rsidRDefault="189407BD" w14:paraId="127F351D" w14:textId="3F418505">
      <w:pPr>
        <w:pStyle w:val="Normal"/>
      </w:pPr>
      <w:r w:rsidRPr="78432DE7" w:rsidR="189407BD">
        <w:rPr>
          <w:rFonts w:ascii="Calibri" w:hAnsi="Calibri" w:eastAsia="ＭＳ 明朝" w:cs="Calibri" w:asciiTheme="majorAscii" w:hAnsiTheme="majorAscii" w:eastAsiaTheme="minorEastAsia" w:cstheme="majorAscii"/>
          <w:b w:val="1"/>
          <w:bCs w:val="1"/>
          <w:color w:val="auto"/>
          <w:sz w:val="22"/>
          <w:szCs w:val="22"/>
          <w:lang w:eastAsia="en-US" w:bidi="ar-SA"/>
        </w:rPr>
        <w:t xml:space="preserve">Audit Number: </w:t>
      </w:r>
      <w:r w:rsidR="189407BD">
        <w:rPr/>
        <w:t>________________</w:t>
      </w:r>
    </w:p>
    <w:p w:rsidRPr="00A477E4" w:rsidR="009A0D5F" w:rsidP="78432DE7" w:rsidRDefault="009A0D5F" w14:paraId="7A1A307F" w14:textId="6F59FB73">
      <w:pPr>
        <w:rPr>
          <w:rFonts w:ascii="Calibri" w:hAnsi="Calibri" w:cs="Calibri" w:asciiTheme="majorAscii" w:hAnsiTheme="majorAscii" w:cstheme="majorAscii"/>
        </w:rPr>
      </w:pPr>
      <w:r w:rsidRPr="78432DE7" w:rsidR="009A0D5F">
        <w:rPr>
          <w:rFonts w:ascii="Calibri" w:hAnsi="Calibri" w:cs="Calibri" w:asciiTheme="majorAscii" w:hAnsiTheme="majorAscii" w:cstheme="majorAscii"/>
          <w:b w:val="1"/>
          <w:bCs w:val="1"/>
        </w:rPr>
        <w:t>Audit Scope:</w:t>
      </w:r>
      <w:r w:rsidRPr="78432DE7" w:rsidR="009A0D5F">
        <w:rPr>
          <w:rFonts w:ascii="Calibri" w:hAnsi="Calibri" w:cs="Calibri" w:asciiTheme="majorAscii" w:hAnsiTheme="majorAscii" w:cstheme="majorAscii"/>
        </w:rPr>
        <w:t xml:space="preserve"> </w:t>
      </w:r>
      <w:r w:rsidRPr="78432DE7" w:rsidR="39EC626C">
        <w:rPr>
          <w:rFonts w:ascii="Calibri" w:hAnsi="Calibri" w:cs="Calibri" w:asciiTheme="majorAscii" w:hAnsiTheme="majorAscii" w:cstheme="majorAscii"/>
        </w:rPr>
        <w:t>_______________</w:t>
      </w:r>
      <w:r w:rsidRPr="78432DE7" w:rsidR="781C3A07">
        <w:rPr>
          <w:rFonts w:ascii="Calibri" w:hAnsi="Calibri" w:cs="Calibri" w:asciiTheme="majorAscii" w:hAnsiTheme="majorAscii" w:cstheme="majorAscii"/>
        </w:rPr>
        <w:t>_____________________________</w:t>
      </w:r>
    </w:p>
    <w:p w:rsidRPr="00A477E4" w:rsidR="009A0D5F" w:rsidP="78432DE7" w:rsidRDefault="009A0D5F" w14:paraId="59C37EA2" w14:textId="2E4C2298">
      <w:pPr>
        <w:rPr>
          <w:rFonts w:ascii="Calibri" w:hAnsi="Calibri" w:cs="Calibri" w:asciiTheme="majorAscii" w:hAnsiTheme="majorAscii" w:cstheme="majorAscii"/>
        </w:rPr>
      </w:pPr>
      <w:r w:rsidRPr="78432DE7" w:rsidR="009A0D5F">
        <w:rPr>
          <w:rFonts w:ascii="Calibri" w:hAnsi="Calibri" w:cs="Calibri" w:asciiTheme="majorAscii" w:hAnsiTheme="majorAscii" w:cstheme="majorAscii"/>
          <w:b w:val="1"/>
          <w:bCs w:val="1"/>
        </w:rPr>
        <w:t>Audit Date:</w:t>
      </w:r>
      <w:r w:rsidRPr="78432DE7" w:rsidR="009A0D5F">
        <w:rPr>
          <w:rFonts w:ascii="Calibri" w:hAnsi="Calibri" w:cs="Calibri" w:asciiTheme="majorAscii" w:hAnsiTheme="majorAscii" w:cstheme="majorAscii"/>
        </w:rPr>
        <w:t xml:space="preserve"> __</w:t>
      </w:r>
      <w:r w:rsidRPr="78432DE7" w:rsidR="239B023C">
        <w:rPr>
          <w:rFonts w:ascii="Calibri" w:hAnsi="Calibri" w:cs="Calibri" w:asciiTheme="majorAscii" w:hAnsiTheme="majorAscii" w:cstheme="majorAscii"/>
        </w:rPr>
        <w:t>/__/_____</w:t>
      </w:r>
    </w:p>
    <w:p w:rsidRPr="00A477E4" w:rsidR="009A0D5F" w:rsidP="78432DE7" w:rsidRDefault="009A0D5F" w14:paraId="3BDDE87D" w14:textId="3A3B7B81">
      <w:pPr>
        <w:rPr>
          <w:rFonts w:ascii="Calibri" w:hAnsi="Calibri" w:cs="Calibri" w:asciiTheme="majorAscii" w:hAnsiTheme="majorAscii" w:cstheme="majorAscii"/>
        </w:rPr>
      </w:pPr>
      <w:r w:rsidRPr="78432DE7" w:rsidR="009A0D5F">
        <w:rPr>
          <w:rFonts w:ascii="Calibri" w:hAnsi="Calibri" w:cs="Calibri" w:asciiTheme="majorAscii" w:hAnsiTheme="majorAscii" w:cstheme="majorAscii"/>
          <w:b w:val="1"/>
          <w:bCs w:val="1"/>
        </w:rPr>
        <w:t>Auditor</w:t>
      </w:r>
      <w:r w:rsidRPr="78432DE7" w:rsidR="21A661C9">
        <w:rPr>
          <w:rFonts w:ascii="Calibri" w:hAnsi="Calibri" w:cs="Calibri" w:asciiTheme="majorAscii" w:hAnsiTheme="majorAscii" w:cstheme="majorAscii"/>
          <w:b w:val="1"/>
          <w:bCs w:val="1"/>
        </w:rPr>
        <w:t xml:space="preserve"> (</w:t>
      </w:r>
      <w:r w:rsidRPr="78432DE7" w:rsidR="009A0D5F">
        <w:rPr>
          <w:rFonts w:ascii="Calibri" w:hAnsi="Calibri" w:cs="Calibri" w:asciiTheme="majorAscii" w:hAnsiTheme="majorAscii" w:cstheme="majorAscii"/>
          <w:b w:val="1"/>
          <w:bCs w:val="1"/>
        </w:rPr>
        <w:t>Name</w:t>
      </w:r>
      <w:r w:rsidRPr="78432DE7" w:rsidR="370B3A5F">
        <w:rPr>
          <w:rFonts w:ascii="Calibri" w:hAnsi="Calibri" w:cs="Calibri" w:asciiTheme="majorAscii" w:hAnsiTheme="majorAscii" w:cstheme="majorAscii"/>
          <w:b w:val="1"/>
          <w:bCs w:val="1"/>
        </w:rPr>
        <w:t xml:space="preserve"> and Job Role)</w:t>
      </w:r>
      <w:r w:rsidRPr="78432DE7" w:rsidR="009A0D5F">
        <w:rPr>
          <w:rFonts w:ascii="Calibri" w:hAnsi="Calibri" w:cs="Calibri" w:asciiTheme="majorAscii" w:hAnsiTheme="majorAscii" w:cstheme="majorAscii"/>
          <w:b w:val="1"/>
          <w:bCs w:val="1"/>
        </w:rPr>
        <w:t>:</w:t>
      </w:r>
      <w:r w:rsidRPr="78432DE7" w:rsidR="009A0D5F">
        <w:rPr>
          <w:rFonts w:ascii="Calibri" w:hAnsi="Calibri" w:cs="Calibri" w:asciiTheme="majorAscii" w:hAnsiTheme="majorAscii" w:cstheme="majorAscii"/>
        </w:rPr>
        <w:t xml:space="preserve"> </w:t>
      </w:r>
      <w:r w:rsidRPr="78432DE7" w:rsidR="104F9152">
        <w:rPr>
          <w:rFonts w:ascii="Calibri" w:hAnsi="Calibri" w:cs="Calibri" w:asciiTheme="majorAscii" w:hAnsiTheme="majorAscii" w:cstheme="majorAscii"/>
        </w:rPr>
        <w:t>_______________________________</w:t>
      </w:r>
      <w:r w:rsidRPr="78432DE7" w:rsidR="009A0D5F">
        <w:rPr>
          <w:rFonts w:ascii="Calibri" w:hAnsi="Calibri" w:cs="Calibri" w:asciiTheme="majorAscii" w:hAnsiTheme="majorAscii" w:cstheme="majorAscii"/>
        </w:rPr>
        <w:t>___________________</w:t>
      </w:r>
    </w:p>
    <w:p w:rsidRPr="009A0D5F" w:rsidR="00505564" w:rsidP="009A0D5F" w:rsidRDefault="009A0D5F" w14:paraId="2E717EC3" w14:textId="162A2173">
      <w:pPr>
        <w:pStyle w:val="Heading1"/>
        <w:jc w:val="both"/>
        <w:rPr>
          <w:rFonts w:cstheme="majorHAnsi"/>
          <w:sz w:val="22"/>
          <w:szCs w:val="22"/>
        </w:rPr>
      </w:pPr>
      <w:r w:rsidRPr="009A0D5F">
        <w:rPr>
          <w:rFonts w:cstheme="majorHAnsi"/>
          <w:sz w:val="22"/>
          <w:szCs w:val="22"/>
        </w:rPr>
        <w:t>Project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Pr="009A0D5F" w:rsidR="00505564" w:rsidTr="78432DE7" w14:paraId="3D52CFBD" w14:textId="77777777">
        <w:tc>
          <w:tcPr>
            <w:tcW w:w="4320" w:type="dxa"/>
            <w:tcMar/>
          </w:tcPr>
          <w:p w:rsidRPr="009A0D5F" w:rsidR="00505564" w:rsidP="78432DE7" w:rsidRDefault="009A0D5F" w14:paraId="5318D049" w14:textId="2F3B491E" w14:noSpellErr="1">
            <w:pPr>
              <w:spacing w:line="276" w:lineRule="auto"/>
              <w:jc w:val="both"/>
              <w:rPr>
                <w:rFonts w:ascii="Calibri" w:hAnsi="Calibri" w:cs="Calibri" w:asciiTheme="majorAscii" w:hAnsiTheme="majorAscii" w:cstheme="majorAscii"/>
                <w:b w:val="1"/>
                <w:bCs w:val="1"/>
              </w:rPr>
            </w:pPr>
            <w:r w:rsidRPr="78432DE7" w:rsidR="009A0D5F">
              <w:rPr>
                <w:rFonts w:ascii="Calibri" w:hAnsi="Calibri" w:cs="Calibri" w:asciiTheme="majorAscii" w:hAnsiTheme="majorAscii" w:cstheme="majorAscii"/>
                <w:b w:val="1"/>
                <w:bCs w:val="1"/>
              </w:rPr>
              <w:t>Study Title:</w:t>
            </w:r>
          </w:p>
        </w:tc>
        <w:tc>
          <w:tcPr>
            <w:tcW w:w="4320" w:type="dxa"/>
            <w:tcMar/>
          </w:tcPr>
          <w:p w:rsidRPr="009A0D5F" w:rsidR="00505564" w:rsidP="009A0D5F" w:rsidRDefault="00505564" w14:paraId="79FB6B5D" w14:textId="77777777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Pr="009A0D5F" w:rsidR="00505564" w:rsidTr="78432DE7" w14:paraId="40497A76" w14:textId="77777777">
        <w:tc>
          <w:tcPr>
            <w:tcW w:w="4320" w:type="dxa"/>
            <w:tcMar/>
          </w:tcPr>
          <w:p w:rsidRPr="009A0D5F" w:rsidR="00505564" w:rsidP="78432DE7" w:rsidRDefault="009A0D5F" w14:paraId="2CF8505D" w14:textId="4D9797DC">
            <w:pPr>
              <w:spacing w:line="276" w:lineRule="auto"/>
              <w:jc w:val="both"/>
              <w:rPr>
                <w:rFonts w:ascii="Calibri" w:hAnsi="Calibri" w:cs="Calibri" w:asciiTheme="majorAscii" w:hAnsiTheme="majorAscii" w:cstheme="majorAscii"/>
                <w:b w:val="1"/>
                <w:bCs w:val="1"/>
              </w:rPr>
            </w:pPr>
            <w:r w:rsidRPr="78432DE7" w:rsidR="009A0D5F">
              <w:rPr>
                <w:rFonts w:ascii="Calibri" w:hAnsi="Calibri" w:cs="Calibri" w:asciiTheme="majorAscii" w:hAnsiTheme="majorAscii" w:cstheme="majorAscii"/>
                <w:b w:val="1"/>
                <w:bCs w:val="1"/>
              </w:rPr>
              <w:t xml:space="preserve">Study </w:t>
            </w:r>
            <w:r w:rsidRPr="78432DE7" w:rsidR="7C27D5F9">
              <w:rPr>
                <w:rFonts w:ascii="Calibri" w:hAnsi="Calibri" w:cs="Calibri" w:asciiTheme="majorAscii" w:hAnsiTheme="majorAscii" w:cstheme="majorAscii"/>
                <w:b w:val="1"/>
                <w:bCs w:val="1"/>
              </w:rPr>
              <w:t xml:space="preserve">Reference </w:t>
            </w:r>
            <w:r w:rsidRPr="78432DE7" w:rsidR="7C27D5F9">
              <w:rPr>
                <w:rFonts w:ascii="Calibri" w:hAnsi="Calibri" w:cs="Calibri" w:asciiTheme="majorAscii" w:hAnsiTheme="majorAscii" w:cstheme="majorAscii"/>
                <w:b w:val="0"/>
                <w:bCs w:val="0"/>
                <w:i w:val="1"/>
                <w:iCs w:val="1"/>
              </w:rPr>
              <w:t>(EDGE and/or IRAS number</w:t>
            </w:r>
            <w:r w:rsidRPr="78432DE7" w:rsidR="7C27D5F9">
              <w:rPr>
                <w:rFonts w:ascii="Calibri" w:hAnsi="Calibri" w:cs="Calibri" w:asciiTheme="majorAscii" w:hAnsiTheme="majorAscii" w:cstheme="majorAscii"/>
                <w:b w:val="1"/>
                <w:bCs w:val="1"/>
              </w:rPr>
              <w:t>)</w:t>
            </w:r>
            <w:r w:rsidRPr="78432DE7" w:rsidR="009A0D5F">
              <w:rPr>
                <w:rFonts w:ascii="Calibri" w:hAnsi="Calibri" w:cs="Calibri" w:asciiTheme="majorAscii" w:hAnsiTheme="majorAscii" w:cstheme="majorAscii"/>
                <w:b w:val="1"/>
                <w:bCs w:val="1"/>
              </w:rPr>
              <w:t>:</w:t>
            </w:r>
          </w:p>
        </w:tc>
        <w:tc>
          <w:tcPr>
            <w:tcW w:w="4320" w:type="dxa"/>
            <w:tcMar/>
          </w:tcPr>
          <w:p w:rsidRPr="009A0D5F" w:rsidR="00505564" w:rsidP="009A0D5F" w:rsidRDefault="00505564" w14:paraId="4D2FDD4C" w14:textId="77777777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Pr="009A0D5F" w:rsidR="00505564" w:rsidTr="78432DE7" w14:paraId="410580C3" w14:textId="77777777">
        <w:tc>
          <w:tcPr>
            <w:tcW w:w="4320" w:type="dxa"/>
            <w:tcMar/>
          </w:tcPr>
          <w:p w:rsidRPr="009A0D5F" w:rsidR="00505564" w:rsidP="78432DE7" w:rsidRDefault="009A0D5F" w14:paraId="5CCCBC8B" w14:textId="539E7CDA" w14:noSpellErr="1">
            <w:pPr>
              <w:spacing w:line="276" w:lineRule="auto"/>
              <w:jc w:val="both"/>
              <w:rPr>
                <w:rFonts w:ascii="Calibri" w:hAnsi="Calibri" w:cs="Calibri" w:asciiTheme="majorAscii" w:hAnsiTheme="majorAscii" w:cstheme="majorAscii"/>
                <w:b w:val="1"/>
                <w:bCs w:val="1"/>
              </w:rPr>
            </w:pPr>
            <w:r w:rsidRPr="78432DE7" w:rsidR="009A0D5F">
              <w:rPr>
                <w:rFonts w:ascii="Calibri" w:hAnsi="Calibri" w:cs="Calibri" w:asciiTheme="majorAscii" w:hAnsiTheme="majorAscii" w:cstheme="majorAscii"/>
                <w:b w:val="1"/>
                <w:bCs w:val="1"/>
              </w:rPr>
              <w:t>Sponsor:</w:t>
            </w:r>
          </w:p>
        </w:tc>
        <w:tc>
          <w:tcPr>
            <w:tcW w:w="4320" w:type="dxa"/>
            <w:tcMar/>
          </w:tcPr>
          <w:p w:rsidRPr="009A0D5F" w:rsidR="00505564" w:rsidP="009A0D5F" w:rsidRDefault="00505564" w14:paraId="356A1071" w14:textId="77777777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Pr="009A0D5F" w:rsidR="00505564" w:rsidTr="78432DE7" w14:paraId="08AA76C4" w14:textId="77777777">
        <w:tc>
          <w:tcPr>
            <w:tcW w:w="4320" w:type="dxa"/>
            <w:tcMar/>
          </w:tcPr>
          <w:p w:rsidRPr="009A0D5F" w:rsidR="00505564" w:rsidP="78432DE7" w:rsidRDefault="009A0D5F" w14:paraId="0B299E25" w14:textId="02288C65" w14:noSpellErr="1">
            <w:pPr>
              <w:spacing w:line="276" w:lineRule="auto"/>
              <w:jc w:val="both"/>
              <w:rPr>
                <w:rFonts w:ascii="Calibri" w:hAnsi="Calibri" w:cs="Calibri" w:asciiTheme="majorAscii" w:hAnsiTheme="majorAscii" w:cstheme="majorAscii"/>
                <w:b w:val="1"/>
                <w:bCs w:val="1"/>
              </w:rPr>
            </w:pPr>
            <w:r w:rsidRPr="78432DE7" w:rsidR="009A0D5F">
              <w:rPr>
                <w:rFonts w:ascii="Calibri" w:hAnsi="Calibri" w:cs="Calibri" w:asciiTheme="majorAscii" w:hAnsiTheme="majorAscii" w:cstheme="majorAscii"/>
                <w:b w:val="1"/>
                <w:bCs w:val="1"/>
              </w:rPr>
              <w:t>Start Date:</w:t>
            </w:r>
          </w:p>
        </w:tc>
        <w:tc>
          <w:tcPr>
            <w:tcW w:w="4320" w:type="dxa"/>
            <w:tcMar/>
          </w:tcPr>
          <w:p w:rsidRPr="009A0D5F" w:rsidR="00505564" w:rsidP="009A0D5F" w:rsidRDefault="00505564" w14:paraId="56A4BB18" w14:textId="77777777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</w:tbl>
    <w:p w:rsidRPr="009A0D5F" w:rsidR="00505564" w:rsidP="009A0D5F" w:rsidRDefault="009A0D5F" w14:paraId="0E9AF806" w14:textId="6951F9D0">
      <w:pPr>
        <w:pStyle w:val="Heading1"/>
        <w:jc w:val="both"/>
        <w:rPr>
          <w:rFonts w:cstheme="majorHAnsi"/>
          <w:sz w:val="22"/>
          <w:szCs w:val="22"/>
        </w:rPr>
      </w:pPr>
      <w:r w:rsidRPr="009A0D5F">
        <w:rPr>
          <w:rFonts w:cstheme="majorHAnsi"/>
          <w:sz w:val="22"/>
          <w:szCs w:val="22"/>
        </w:rPr>
        <w:t>Set-Up Process Checklist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Pr="009A0D5F" w:rsidR="00505564" w:rsidTr="78432DE7" w14:paraId="29FB40EA" w14:textId="77777777">
        <w:tc>
          <w:tcPr>
            <w:tcW w:w="2880" w:type="dxa"/>
            <w:tcMar/>
          </w:tcPr>
          <w:p w:rsidRPr="009A0D5F" w:rsidR="00505564" w:rsidP="78432DE7" w:rsidRDefault="009A0D5F" w14:paraId="6A29C835" w14:textId="77777777" w14:noSpellErr="1">
            <w:pPr>
              <w:spacing w:line="276" w:lineRule="auto"/>
              <w:jc w:val="center"/>
              <w:rPr>
                <w:rFonts w:ascii="Calibri" w:hAnsi="Calibri" w:cs="Calibri" w:asciiTheme="majorAscii" w:hAnsiTheme="majorAscii" w:cstheme="majorAscii"/>
                <w:b w:val="1"/>
                <w:bCs w:val="1"/>
              </w:rPr>
            </w:pPr>
            <w:r w:rsidRPr="78432DE7" w:rsidR="009A0D5F">
              <w:rPr>
                <w:rFonts w:ascii="Calibri" w:hAnsi="Calibri" w:cs="Calibri" w:asciiTheme="majorAscii" w:hAnsiTheme="majorAscii" w:cstheme="majorAscii"/>
                <w:b w:val="1"/>
                <w:bCs w:val="1"/>
              </w:rPr>
              <w:t>Set-Up Item</w:t>
            </w:r>
          </w:p>
        </w:tc>
        <w:tc>
          <w:tcPr>
            <w:tcW w:w="2880" w:type="dxa"/>
            <w:tcMar/>
          </w:tcPr>
          <w:p w:rsidRPr="009A0D5F" w:rsidR="00505564" w:rsidP="78432DE7" w:rsidRDefault="009A0D5F" w14:paraId="1ABB6D26" w14:textId="644393AE">
            <w:pPr>
              <w:spacing w:line="276" w:lineRule="auto"/>
              <w:jc w:val="center"/>
              <w:rPr>
                <w:rFonts w:ascii="Calibri" w:hAnsi="Calibri" w:cs="Calibri" w:asciiTheme="majorAscii" w:hAnsiTheme="majorAscii" w:cstheme="majorAscii"/>
                <w:b w:val="1"/>
                <w:bCs w:val="1"/>
              </w:rPr>
            </w:pPr>
            <w:r w:rsidRPr="78432DE7" w:rsidR="009A0D5F">
              <w:rPr>
                <w:rFonts w:ascii="Calibri" w:hAnsi="Calibri" w:cs="Calibri" w:asciiTheme="majorAscii" w:hAnsiTheme="majorAscii" w:cstheme="majorAscii"/>
                <w:b w:val="1"/>
                <w:bCs w:val="1"/>
              </w:rPr>
              <w:t>Completed</w:t>
            </w:r>
          </w:p>
          <w:p w:rsidRPr="009A0D5F" w:rsidR="00505564" w:rsidP="78432DE7" w:rsidRDefault="009A0D5F" w14:paraId="5FF284C6" w14:textId="29D2F4BC">
            <w:pPr>
              <w:spacing w:line="276" w:lineRule="auto"/>
              <w:jc w:val="center"/>
              <w:rPr>
                <w:rFonts w:ascii="Calibri" w:hAnsi="Calibri" w:cs="Calibri" w:asciiTheme="majorAscii" w:hAnsiTheme="majorAscii" w:cstheme="majorAscii"/>
                <w:b w:val="1"/>
                <w:bCs w:val="1"/>
              </w:rPr>
            </w:pPr>
            <w:r w:rsidRPr="78432DE7" w:rsidR="009A0D5F">
              <w:rPr>
                <w:rFonts w:ascii="Calibri" w:hAnsi="Calibri" w:cs="Calibri" w:asciiTheme="majorAscii" w:hAnsiTheme="majorAscii" w:cstheme="majorAscii"/>
                <w:b w:val="1"/>
                <w:bCs w:val="1"/>
              </w:rPr>
              <w:t xml:space="preserve"> (Y/N</w:t>
            </w:r>
            <w:r w:rsidRPr="78432DE7" w:rsidR="630CD38E">
              <w:rPr>
                <w:rFonts w:ascii="Calibri" w:hAnsi="Calibri" w:cs="Calibri" w:asciiTheme="majorAscii" w:hAnsiTheme="majorAscii" w:cstheme="majorAscii"/>
                <w:b w:val="1"/>
                <w:bCs w:val="1"/>
              </w:rPr>
              <w:t>/ N/A</w:t>
            </w:r>
            <w:r w:rsidRPr="78432DE7" w:rsidR="009A0D5F">
              <w:rPr>
                <w:rFonts w:ascii="Calibri" w:hAnsi="Calibri" w:cs="Calibri" w:asciiTheme="majorAscii" w:hAnsiTheme="majorAscii" w:cstheme="majorAscii"/>
                <w:b w:val="1"/>
                <w:bCs w:val="1"/>
              </w:rPr>
              <w:t>)</w:t>
            </w:r>
          </w:p>
        </w:tc>
        <w:tc>
          <w:tcPr>
            <w:tcW w:w="2880" w:type="dxa"/>
            <w:tcMar/>
          </w:tcPr>
          <w:p w:rsidRPr="009A0D5F" w:rsidR="00505564" w:rsidP="78432DE7" w:rsidRDefault="009A0D5F" w14:paraId="75DC92DE" w14:textId="77777777" w14:noSpellErr="1">
            <w:pPr>
              <w:spacing w:line="276" w:lineRule="auto"/>
              <w:jc w:val="center"/>
              <w:rPr>
                <w:rFonts w:ascii="Calibri" w:hAnsi="Calibri" w:cs="Calibri" w:asciiTheme="majorAscii" w:hAnsiTheme="majorAscii" w:cstheme="majorAscii"/>
                <w:b w:val="1"/>
                <w:bCs w:val="1"/>
              </w:rPr>
            </w:pPr>
            <w:r w:rsidRPr="78432DE7" w:rsidR="009A0D5F">
              <w:rPr>
                <w:rFonts w:ascii="Calibri" w:hAnsi="Calibri" w:cs="Calibri" w:asciiTheme="majorAscii" w:hAnsiTheme="majorAscii" w:cstheme="majorAscii"/>
                <w:b w:val="1"/>
                <w:bCs w:val="1"/>
              </w:rPr>
              <w:t>Comments</w:t>
            </w:r>
          </w:p>
        </w:tc>
      </w:tr>
      <w:tr w:rsidRPr="009A0D5F" w:rsidR="00505564" w:rsidTr="78432DE7" w14:paraId="6DE93A3E" w14:textId="77777777">
        <w:tc>
          <w:tcPr>
            <w:tcW w:w="2880" w:type="dxa"/>
            <w:tcMar/>
          </w:tcPr>
          <w:p w:rsidRPr="009A0D5F" w:rsidR="00505564" w:rsidP="78432DE7" w:rsidRDefault="009A0D5F" w14:paraId="26F62B00" w14:textId="47BF123C">
            <w:pPr>
              <w:spacing w:line="276" w:lineRule="auto"/>
              <w:rPr>
                <w:rFonts w:ascii="Calibri" w:hAnsi="Calibri" w:cs="Calibri" w:asciiTheme="majorAscii" w:hAnsiTheme="majorAscii" w:cstheme="majorAscii"/>
              </w:rPr>
            </w:pPr>
            <w:r w:rsidRPr="78432DE7" w:rsidR="009A0D5F">
              <w:rPr>
                <w:rFonts w:ascii="Calibri" w:hAnsi="Calibri" w:cs="Calibri" w:asciiTheme="majorAscii" w:hAnsiTheme="majorAscii" w:cstheme="majorAscii"/>
              </w:rPr>
              <w:t>Ethics approval obtained (IRB/REC)</w:t>
            </w:r>
            <w:r w:rsidRPr="78432DE7" w:rsidR="4B9B1A40">
              <w:rPr>
                <w:rFonts w:ascii="Calibri" w:hAnsi="Calibri" w:cs="Calibri" w:asciiTheme="majorAscii" w:hAnsiTheme="majorAscii" w:cstheme="majorAscii"/>
              </w:rPr>
              <w:t xml:space="preserve"> - Please add dates</w:t>
            </w:r>
          </w:p>
        </w:tc>
        <w:tc>
          <w:tcPr>
            <w:tcW w:w="2880" w:type="dxa"/>
            <w:tcMar/>
          </w:tcPr>
          <w:p w:rsidRPr="009A0D5F" w:rsidR="00505564" w:rsidP="009A0D5F" w:rsidRDefault="00505564" w14:paraId="4CDC583F" w14:textId="77777777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880" w:type="dxa"/>
            <w:tcMar/>
          </w:tcPr>
          <w:p w:rsidRPr="009A0D5F" w:rsidR="00505564" w:rsidP="009A0D5F" w:rsidRDefault="00505564" w14:paraId="3C323A09" w14:textId="77777777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Pr="009A0D5F" w:rsidR="00505564" w:rsidTr="78432DE7" w14:paraId="35406BF2" w14:textId="77777777">
        <w:tc>
          <w:tcPr>
            <w:tcW w:w="2880" w:type="dxa"/>
            <w:tcMar/>
          </w:tcPr>
          <w:p w:rsidRPr="009A0D5F" w:rsidR="00505564" w:rsidP="78432DE7" w:rsidRDefault="009A0D5F" w14:paraId="276C4799" w14:textId="29D72C4F">
            <w:pPr>
              <w:spacing w:line="276" w:lineRule="auto"/>
              <w:rPr>
                <w:rFonts w:ascii="Calibri" w:hAnsi="Calibri" w:cs="Calibri" w:asciiTheme="majorAscii" w:hAnsiTheme="majorAscii" w:cstheme="majorAscii"/>
              </w:rPr>
            </w:pPr>
            <w:r w:rsidRPr="78432DE7" w:rsidR="009A0D5F">
              <w:rPr>
                <w:rFonts w:ascii="Calibri" w:hAnsi="Calibri" w:cs="Calibri" w:asciiTheme="majorAscii" w:hAnsiTheme="majorAscii" w:cstheme="majorAscii"/>
              </w:rPr>
              <w:t>Regulatory approvals in place (if applicable)</w:t>
            </w:r>
            <w:r w:rsidRPr="78432DE7" w:rsidR="4BE2F377">
              <w:rPr>
                <w:rFonts w:ascii="Calibri" w:hAnsi="Calibri" w:cs="Calibri" w:asciiTheme="majorAscii" w:hAnsiTheme="majorAscii" w:cstheme="majorAscii"/>
              </w:rPr>
              <w:t xml:space="preserve"> - Please add dates </w:t>
            </w:r>
          </w:p>
        </w:tc>
        <w:tc>
          <w:tcPr>
            <w:tcW w:w="2880" w:type="dxa"/>
            <w:tcMar/>
          </w:tcPr>
          <w:p w:rsidRPr="009A0D5F" w:rsidR="00505564" w:rsidP="009A0D5F" w:rsidRDefault="00505564" w14:paraId="000381CB" w14:textId="77777777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880" w:type="dxa"/>
            <w:tcMar/>
          </w:tcPr>
          <w:p w:rsidRPr="009A0D5F" w:rsidR="00505564" w:rsidP="009A0D5F" w:rsidRDefault="00505564" w14:paraId="2196E79E" w14:textId="77777777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Pr="009A0D5F" w:rsidR="00505564" w:rsidTr="78432DE7" w14:paraId="19C14007" w14:textId="77777777">
        <w:tc>
          <w:tcPr>
            <w:tcW w:w="2880" w:type="dxa"/>
            <w:tcMar/>
          </w:tcPr>
          <w:p w:rsidRPr="009A0D5F" w:rsidR="00505564" w:rsidP="78432DE7" w:rsidRDefault="009A0D5F" w14:paraId="0379F886" w14:textId="78E26681">
            <w:pPr>
              <w:spacing w:line="276" w:lineRule="auto"/>
              <w:rPr>
                <w:rFonts w:ascii="Calibri" w:hAnsi="Calibri" w:cs="Calibri" w:asciiTheme="majorAscii" w:hAnsiTheme="majorAscii" w:cstheme="majorAscii"/>
              </w:rPr>
            </w:pPr>
            <w:r w:rsidRPr="78432DE7" w:rsidR="009A0D5F">
              <w:rPr>
                <w:rFonts w:ascii="Calibri" w:hAnsi="Calibri" w:cs="Calibri" w:asciiTheme="majorAscii" w:hAnsiTheme="majorAscii" w:cstheme="majorAscii"/>
              </w:rPr>
              <w:t>Funding agreement f</w:t>
            </w:r>
            <w:r w:rsidRPr="78432DE7" w:rsidR="5CB698CA">
              <w:rPr>
                <w:rFonts w:ascii="Calibri" w:hAnsi="Calibri" w:cs="Calibri" w:asciiTheme="majorAscii" w:hAnsiTheme="majorAscii" w:cstheme="majorAscii"/>
              </w:rPr>
              <w:t>ully execut</w:t>
            </w:r>
            <w:r w:rsidRPr="78432DE7" w:rsidR="009A0D5F">
              <w:rPr>
                <w:rFonts w:ascii="Calibri" w:hAnsi="Calibri" w:cs="Calibri" w:asciiTheme="majorAscii" w:hAnsiTheme="majorAscii" w:cstheme="majorAscii"/>
              </w:rPr>
              <w:t>ed</w:t>
            </w:r>
          </w:p>
        </w:tc>
        <w:tc>
          <w:tcPr>
            <w:tcW w:w="2880" w:type="dxa"/>
            <w:tcMar/>
          </w:tcPr>
          <w:p w:rsidRPr="009A0D5F" w:rsidR="00505564" w:rsidP="009A0D5F" w:rsidRDefault="00505564" w14:paraId="793FE117" w14:textId="77777777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880" w:type="dxa"/>
            <w:tcMar/>
          </w:tcPr>
          <w:p w:rsidRPr="009A0D5F" w:rsidR="00505564" w:rsidP="009A0D5F" w:rsidRDefault="00505564" w14:paraId="22AB1E97" w14:textId="77777777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Pr="009A0D5F" w:rsidR="00505564" w:rsidTr="78432DE7" w14:paraId="4A6D1123" w14:textId="77777777">
        <w:tc>
          <w:tcPr>
            <w:tcW w:w="2880" w:type="dxa"/>
            <w:tcMar/>
          </w:tcPr>
          <w:p w:rsidRPr="009A0D5F" w:rsidR="00505564" w:rsidP="78432DE7" w:rsidRDefault="009A0D5F" w14:paraId="25C216B9" w14:textId="53CC9D6D">
            <w:pPr>
              <w:spacing w:line="276" w:lineRule="auto"/>
              <w:rPr>
                <w:rFonts w:ascii="Calibri" w:hAnsi="Calibri" w:cs="Calibri" w:asciiTheme="majorAscii" w:hAnsiTheme="majorAscii" w:cstheme="majorAscii"/>
              </w:rPr>
            </w:pPr>
            <w:r w:rsidRPr="78432DE7" w:rsidR="009A0D5F">
              <w:rPr>
                <w:rFonts w:ascii="Calibri" w:hAnsi="Calibri" w:cs="Calibri" w:asciiTheme="majorAscii" w:hAnsiTheme="majorAscii" w:cstheme="majorAscii"/>
              </w:rPr>
              <w:t xml:space="preserve">Study protocol </w:t>
            </w:r>
            <w:r w:rsidRPr="78432DE7" w:rsidR="009A0D5F">
              <w:rPr>
                <w:rFonts w:ascii="Calibri" w:hAnsi="Calibri" w:cs="Calibri" w:asciiTheme="majorAscii" w:hAnsiTheme="majorAscii" w:cstheme="majorAscii"/>
              </w:rPr>
              <w:t>finalized</w:t>
            </w:r>
            <w:r w:rsidRPr="78432DE7" w:rsidR="009A0D5F">
              <w:rPr>
                <w:rFonts w:ascii="Calibri" w:hAnsi="Calibri" w:cs="Calibri" w:asciiTheme="majorAscii" w:hAnsiTheme="majorAscii" w:cstheme="majorAscii"/>
              </w:rPr>
              <w:t xml:space="preserve"> and accessible</w:t>
            </w:r>
            <w:r w:rsidRPr="78432DE7" w:rsidR="776D67DB">
              <w:rPr>
                <w:rFonts w:ascii="Calibri" w:hAnsi="Calibri" w:cs="Calibri" w:asciiTheme="majorAscii" w:hAnsiTheme="majorAscii" w:cstheme="majorAscii"/>
              </w:rPr>
              <w:t xml:space="preserve"> </w:t>
            </w:r>
          </w:p>
        </w:tc>
        <w:tc>
          <w:tcPr>
            <w:tcW w:w="2880" w:type="dxa"/>
            <w:tcMar/>
          </w:tcPr>
          <w:p w:rsidRPr="009A0D5F" w:rsidR="00505564" w:rsidP="009A0D5F" w:rsidRDefault="00505564" w14:paraId="21EE8A4E" w14:textId="77777777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880" w:type="dxa"/>
            <w:tcMar/>
          </w:tcPr>
          <w:p w:rsidRPr="009A0D5F" w:rsidR="00505564" w:rsidP="009A0D5F" w:rsidRDefault="00505564" w14:paraId="573C96AB" w14:textId="77777777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Pr="009A0D5F" w:rsidR="00505564" w:rsidTr="78432DE7" w14:paraId="77E96483" w14:textId="77777777">
        <w:tc>
          <w:tcPr>
            <w:tcW w:w="2880" w:type="dxa"/>
            <w:tcMar/>
          </w:tcPr>
          <w:p w:rsidRPr="009A0D5F" w:rsidR="00505564" w:rsidP="009A0D5F" w:rsidRDefault="009A0D5F" w14:paraId="55373E96" w14:textId="77777777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9A0D5F">
              <w:rPr>
                <w:rFonts w:asciiTheme="majorHAnsi" w:hAnsiTheme="majorHAnsi" w:cstheme="majorHAnsi"/>
              </w:rPr>
              <w:t>Study team trained and delegated appropriately</w:t>
            </w:r>
          </w:p>
        </w:tc>
        <w:tc>
          <w:tcPr>
            <w:tcW w:w="2880" w:type="dxa"/>
            <w:tcMar/>
          </w:tcPr>
          <w:p w:rsidRPr="009A0D5F" w:rsidR="00505564" w:rsidP="009A0D5F" w:rsidRDefault="00505564" w14:paraId="4368D649" w14:textId="77777777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880" w:type="dxa"/>
            <w:tcMar/>
          </w:tcPr>
          <w:p w:rsidRPr="009A0D5F" w:rsidR="00505564" w:rsidP="009A0D5F" w:rsidRDefault="00505564" w14:paraId="27F18789" w14:textId="77777777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Pr="009A0D5F" w:rsidR="00505564" w:rsidTr="78432DE7" w14:paraId="02CAB5FE" w14:textId="77777777">
        <w:tc>
          <w:tcPr>
            <w:tcW w:w="2880" w:type="dxa"/>
            <w:tcMar/>
          </w:tcPr>
          <w:p w:rsidRPr="009A0D5F" w:rsidR="00505564" w:rsidP="009A0D5F" w:rsidRDefault="009A0D5F" w14:paraId="4FC1FC4F" w14:textId="77777777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9A0D5F">
              <w:rPr>
                <w:rFonts w:asciiTheme="majorHAnsi" w:hAnsiTheme="majorHAnsi" w:cstheme="majorHAnsi"/>
              </w:rPr>
              <w:t>Study-specific SOPs developed and distributed</w:t>
            </w:r>
          </w:p>
        </w:tc>
        <w:tc>
          <w:tcPr>
            <w:tcW w:w="2880" w:type="dxa"/>
            <w:tcMar/>
          </w:tcPr>
          <w:p w:rsidRPr="009A0D5F" w:rsidR="00505564" w:rsidP="009A0D5F" w:rsidRDefault="00505564" w14:paraId="5FF95351" w14:textId="77777777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880" w:type="dxa"/>
            <w:tcMar/>
          </w:tcPr>
          <w:p w:rsidRPr="009A0D5F" w:rsidR="00505564" w:rsidP="009A0D5F" w:rsidRDefault="00505564" w14:paraId="7AFE247C" w14:textId="77777777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Pr="009A0D5F" w:rsidR="00505564" w:rsidTr="78432DE7" w14:paraId="276F092E" w14:textId="77777777">
        <w:tc>
          <w:tcPr>
            <w:tcW w:w="2880" w:type="dxa"/>
            <w:tcMar/>
          </w:tcPr>
          <w:p w:rsidRPr="009A0D5F" w:rsidR="00505564" w:rsidP="009A0D5F" w:rsidRDefault="009A0D5F" w14:paraId="35B47803" w14:textId="77777777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9A0D5F">
              <w:rPr>
                <w:rFonts w:asciiTheme="majorHAnsi" w:hAnsiTheme="majorHAnsi" w:cstheme="majorHAnsi"/>
              </w:rPr>
              <w:t>Data management plan in place</w:t>
            </w:r>
          </w:p>
        </w:tc>
        <w:tc>
          <w:tcPr>
            <w:tcW w:w="2880" w:type="dxa"/>
            <w:tcMar/>
          </w:tcPr>
          <w:p w:rsidRPr="009A0D5F" w:rsidR="00505564" w:rsidP="009A0D5F" w:rsidRDefault="00505564" w14:paraId="676CE168" w14:textId="77777777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880" w:type="dxa"/>
            <w:tcMar/>
          </w:tcPr>
          <w:p w:rsidRPr="009A0D5F" w:rsidR="00505564" w:rsidP="009A0D5F" w:rsidRDefault="00505564" w14:paraId="57104D37" w14:textId="77777777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Pr="009A0D5F" w:rsidR="00505564" w:rsidTr="78432DE7" w14:paraId="10EFB883" w14:textId="77777777">
        <w:tc>
          <w:tcPr>
            <w:tcW w:w="2880" w:type="dxa"/>
            <w:tcMar/>
          </w:tcPr>
          <w:p w:rsidRPr="009A0D5F" w:rsidR="00505564" w:rsidP="009A0D5F" w:rsidRDefault="009A0D5F" w14:paraId="69BFE726" w14:textId="77777777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9A0D5F">
              <w:rPr>
                <w:rFonts w:asciiTheme="majorHAnsi" w:hAnsiTheme="majorHAnsi" w:cstheme="majorHAnsi"/>
              </w:rPr>
              <w:t>Participant recruitment plan documented</w:t>
            </w:r>
          </w:p>
        </w:tc>
        <w:tc>
          <w:tcPr>
            <w:tcW w:w="2880" w:type="dxa"/>
            <w:tcMar/>
          </w:tcPr>
          <w:p w:rsidRPr="009A0D5F" w:rsidR="00505564" w:rsidP="009A0D5F" w:rsidRDefault="00505564" w14:paraId="02139AEA" w14:textId="77777777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880" w:type="dxa"/>
            <w:tcMar/>
          </w:tcPr>
          <w:p w:rsidRPr="009A0D5F" w:rsidR="00505564" w:rsidP="009A0D5F" w:rsidRDefault="00505564" w14:paraId="452AAB05" w14:textId="77777777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Pr="009A0D5F" w:rsidR="00505564" w:rsidTr="78432DE7" w14:paraId="7798275D" w14:textId="77777777">
        <w:tc>
          <w:tcPr>
            <w:tcW w:w="2880" w:type="dxa"/>
            <w:tcMar/>
          </w:tcPr>
          <w:p w:rsidRPr="009A0D5F" w:rsidR="00505564" w:rsidP="009A0D5F" w:rsidRDefault="009A0D5F" w14:paraId="57862DF7" w14:textId="77777777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9A0D5F">
              <w:rPr>
                <w:rFonts w:asciiTheme="majorHAnsi" w:hAnsiTheme="majorHAnsi" w:cstheme="majorHAnsi"/>
              </w:rPr>
              <w:t xml:space="preserve">Trial registration completed (if </w:t>
            </w:r>
            <w:r w:rsidRPr="009A0D5F">
              <w:rPr>
                <w:rFonts w:asciiTheme="majorHAnsi" w:hAnsiTheme="majorHAnsi" w:cstheme="majorHAnsi"/>
              </w:rPr>
              <w:t>applicable)</w:t>
            </w:r>
          </w:p>
        </w:tc>
        <w:tc>
          <w:tcPr>
            <w:tcW w:w="2880" w:type="dxa"/>
            <w:tcMar/>
          </w:tcPr>
          <w:p w:rsidRPr="009A0D5F" w:rsidR="00505564" w:rsidP="009A0D5F" w:rsidRDefault="00505564" w14:paraId="519E354C" w14:textId="77777777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880" w:type="dxa"/>
            <w:tcMar/>
          </w:tcPr>
          <w:p w:rsidRPr="009A0D5F" w:rsidR="00505564" w:rsidP="009A0D5F" w:rsidRDefault="00505564" w14:paraId="3D6F72E9" w14:textId="77777777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Pr="009A0D5F" w:rsidR="00505564" w:rsidTr="78432DE7" w14:paraId="245CA3C5" w14:textId="77777777">
        <w:tc>
          <w:tcPr>
            <w:tcW w:w="2880" w:type="dxa"/>
            <w:tcMar/>
          </w:tcPr>
          <w:p w:rsidRPr="009A0D5F" w:rsidR="00505564" w:rsidP="009A0D5F" w:rsidRDefault="009A0D5F" w14:paraId="232B0902" w14:textId="77777777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9A0D5F">
              <w:rPr>
                <w:rFonts w:asciiTheme="majorHAnsi" w:hAnsiTheme="majorHAnsi" w:cstheme="majorHAnsi"/>
              </w:rPr>
              <w:t xml:space="preserve">Essential documents filed in </w:t>
            </w:r>
            <w:r w:rsidRPr="009A0D5F">
              <w:rPr>
                <w:rFonts w:asciiTheme="majorHAnsi" w:hAnsiTheme="majorHAnsi" w:cstheme="majorHAnsi"/>
              </w:rPr>
              <w:lastRenderedPageBreak/>
              <w:t>TMF/ISF</w:t>
            </w:r>
          </w:p>
        </w:tc>
        <w:tc>
          <w:tcPr>
            <w:tcW w:w="2880" w:type="dxa"/>
            <w:tcMar/>
          </w:tcPr>
          <w:p w:rsidRPr="009A0D5F" w:rsidR="00505564" w:rsidP="009A0D5F" w:rsidRDefault="00505564" w14:paraId="45054CB2" w14:textId="77777777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880" w:type="dxa"/>
            <w:tcMar/>
          </w:tcPr>
          <w:p w:rsidRPr="009A0D5F" w:rsidR="00505564" w:rsidP="009A0D5F" w:rsidRDefault="00505564" w14:paraId="775C20A0" w14:textId="77777777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</w:tbl>
    <w:p w:rsidR="009A0D5F" w:rsidRDefault="009A0D5F" w14:paraId="170AC43C" w14:textId="77777777"/>
    <w:p w:rsidRPr="00A477E4" w:rsidR="009A0D5F" w:rsidP="009A0D5F" w:rsidRDefault="009A0D5F" w14:paraId="55887F36" w14:textId="77777777">
      <w:pPr>
        <w:pStyle w:val="Heading2"/>
        <w:rPr>
          <w:rFonts w:cstheme="majorHAnsi"/>
          <w:sz w:val="22"/>
          <w:szCs w:val="22"/>
        </w:rPr>
      </w:pPr>
      <w:r w:rsidRPr="78432DE7" w:rsidR="009A0D5F">
        <w:rPr>
          <w:rFonts w:cs="Calibri" w:cstheme="majorAscii"/>
          <w:sz w:val="22"/>
          <w:szCs w:val="22"/>
        </w:rPr>
        <w:t>Audit Summary</w:t>
      </w:r>
    </w:p>
    <w:tbl>
      <w:tblPr>
        <w:tblStyle w:val="TableGrid"/>
        <w:tblW w:w="8856" w:type="dxa"/>
        <w:tblLook w:val="04A0" w:firstRow="1" w:lastRow="0" w:firstColumn="1" w:lastColumn="0" w:noHBand="0" w:noVBand="1"/>
      </w:tblPr>
      <w:tblGrid>
        <w:gridCol w:w="1335"/>
        <w:gridCol w:w="1755"/>
        <w:gridCol w:w="2415"/>
        <w:gridCol w:w="1766"/>
        <w:gridCol w:w="1585"/>
      </w:tblGrid>
      <w:tr w:rsidRPr="00A477E4" w:rsidR="009A0D5F" w:rsidTr="78432DE7" w14:paraId="05D3341E" w14:textId="77777777">
        <w:tc>
          <w:tcPr>
            <w:tcW w:w="1335" w:type="dxa"/>
            <w:tcMar/>
          </w:tcPr>
          <w:p w:rsidR="009A0D5F" w:rsidP="001B27ED" w:rsidRDefault="009A0D5F" w14:paraId="3F1DED48" w14:textId="77777777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Category</w:t>
            </w:r>
          </w:p>
        </w:tc>
        <w:tc>
          <w:tcPr>
            <w:tcW w:w="1755" w:type="dxa"/>
            <w:tcMar/>
          </w:tcPr>
          <w:p w:rsidRPr="001344DF" w:rsidR="009A0D5F" w:rsidP="001B27ED" w:rsidRDefault="009A0D5F" w14:paraId="7A24B593" w14:textId="77777777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Finding</w:t>
            </w:r>
          </w:p>
        </w:tc>
        <w:tc>
          <w:tcPr>
            <w:tcW w:w="2415" w:type="dxa"/>
            <w:tcMar/>
          </w:tcPr>
          <w:p w:rsidRPr="001344DF" w:rsidR="009A0D5F" w:rsidP="78432DE7" w:rsidRDefault="009A0D5F" w14:paraId="6D56C11C" w14:textId="7E55465E">
            <w:pPr>
              <w:jc w:val="center"/>
              <w:rPr>
                <w:rFonts w:ascii="Calibri" w:hAnsi="Calibri" w:cs="Calibri" w:asciiTheme="majorAscii" w:hAnsiTheme="majorAscii" w:cstheme="majorAscii"/>
                <w:b w:val="1"/>
                <w:bCs w:val="1"/>
              </w:rPr>
            </w:pPr>
            <w:r w:rsidRPr="78432DE7" w:rsidR="009A0D5F">
              <w:rPr>
                <w:rFonts w:ascii="Calibri" w:hAnsi="Calibri" w:cs="Calibri" w:asciiTheme="majorAscii" w:hAnsiTheme="majorAscii" w:cstheme="majorAscii"/>
                <w:b w:val="1"/>
                <w:bCs w:val="1"/>
              </w:rPr>
              <w:t>Immediate</w:t>
            </w:r>
            <w:r w:rsidRPr="78432DE7" w:rsidR="3DB96483">
              <w:rPr>
                <w:rFonts w:ascii="Calibri" w:hAnsi="Calibri" w:cs="Calibri" w:asciiTheme="majorAscii" w:hAnsiTheme="majorAscii" w:cstheme="majorAscii"/>
                <w:b w:val="1"/>
                <w:bCs w:val="1"/>
              </w:rPr>
              <w:t>/Corrective</w:t>
            </w:r>
            <w:r w:rsidRPr="78432DE7" w:rsidR="009A0D5F">
              <w:rPr>
                <w:rFonts w:ascii="Calibri" w:hAnsi="Calibri" w:cs="Calibri" w:asciiTheme="majorAscii" w:hAnsiTheme="majorAscii" w:cstheme="majorAscii"/>
                <w:b w:val="1"/>
                <w:bCs w:val="1"/>
              </w:rPr>
              <w:t xml:space="preserve"> Action</w:t>
            </w:r>
          </w:p>
        </w:tc>
        <w:tc>
          <w:tcPr>
            <w:tcW w:w="1766" w:type="dxa"/>
            <w:tcMar/>
          </w:tcPr>
          <w:p w:rsidRPr="001344DF" w:rsidR="009A0D5F" w:rsidP="78432DE7" w:rsidRDefault="009A0D5F" w14:paraId="343B40FD" w14:textId="20AA6E5C">
            <w:pPr>
              <w:jc w:val="center"/>
              <w:rPr>
                <w:rFonts w:ascii="Calibri" w:hAnsi="Calibri" w:cs="Calibri" w:asciiTheme="majorAscii" w:hAnsiTheme="majorAscii" w:cstheme="majorAscii"/>
                <w:b w:val="1"/>
                <w:bCs w:val="1"/>
              </w:rPr>
            </w:pPr>
            <w:r w:rsidRPr="78432DE7" w:rsidR="49CD567F">
              <w:rPr>
                <w:rFonts w:ascii="Calibri" w:hAnsi="Calibri" w:cs="Calibri" w:asciiTheme="majorAscii" w:hAnsiTheme="majorAscii" w:cstheme="majorAscii"/>
                <w:b w:val="1"/>
                <w:bCs w:val="1"/>
              </w:rPr>
              <w:t xml:space="preserve">Preventative </w:t>
            </w:r>
            <w:r w:rsidRPr="78432DE7" w:rsidR="009A0D5F">
              <w:rPr>
                <w:rFonts w:ascii="Calibri" w:hAnsi="Calibri" w:cs="Calibri" w:asciiTheme="majorAscii" w:hAnsiTheme="majorAscii" w:cstheme="majorAscii"/>
                <w:b w:val="1"/>
                <w:bCs w:val="1"/>
              </w:rPr>
              <w:t>Action</w:t>
            </w:r>
          </w:p>
        </w:tc>
        <w:tc>
          <w:tcPr>
            <w:tcW w:w="1585" w:type="dxa"/>
            <w:tcMar/>
          </w:tcPr>
          <w:p w:rsidRPr="001344DF" w:rsidR="009A0D5F" w:rsidP="001B27ED" w:rsidRDefault="009A0D5F" w14:paraId="60390073" w14:textId="77777777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Actions Completed by (Initials and Date)</w:t>
            </w:r>
          </w:p>
        </w:tc>
      </w:tr>
      <w:tr w:rsidRPr="00A477E4" w:rsidR="009A0D5F" w:rsidTr="78432DE7" w14:paraId="1014038B" w14:textId="77777777">
        <w:tc>
          <w:tcPr>
            <w:tcW w:w="1335" w:type="dxa"/>
            <w:tcMar/>
          </w:tcPr>
          <w:p w:rsidRPr="00A477E4" w:rsidR="009A0D5F" w:rsidP="001B27ED" w:rsidRDefault="009A0D5F" w14:paraId="12830B70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55" w:type="dxa"/>
            <w:tcMar/>
          </w:tcPr>
          <w:p w:rsidRPr="00A477E4" w:rsidR="009A0D5F" w:rsidP="001B27ED" w:rsidRDefault="009A0D5F" w14:paraId="485A856E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415" w:type="dxa"/>
            <w:tcMar/>
          </w:tcPr>
          <w:p w:rsidRPr="00A477E4" w:rsidR="009A0D5F" w:rsidP="001B27ED" w:rsidRDefault="009A0D5F" w14:paraId="53BD9A36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66" w:type="dxa"/>
            <w:tcMar/>
          </w:tcPr>
          <w:p w:rsidRPr="00A477E4" w:rsidR="009A0D5F" w:rsidP="001B27ED" w:rsidRDefault="009A0D5F" w14:paraId="2BD1EDDF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85" w:type="dxa"/>
            <w:tcMar/>
          </w:tcPr>
          <w:p w:rsidRPr="00A477E4" w:rsidR="009A0D5F" w:rsidP="001B27ED" w:rsidRDefault="009A0D5F" w14:paraId="2F9F5F33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A477E4" w:rsidR="009A0D5F" w:rsidTr="78432DE7" w14:paraId="14ABEF50" w14:textId="77777777">
        <w:tc>
          <w:tcPr>
            <w:tcW w:w="1335" w:type="dxa"/>
            <w:tcMar/>
          </w:tcPr>
          <w:p w:rsidRPr="00A477E4" w:rsidR="009A0D5F" w:rsidP="001B27ED" w:rsidRDefault="009A0D5F" w14:paraId="6AD8A111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55" w:type="dxa"/>
            <w:tcMar/>
          </w:tcPr>
          <w:p w:rsidRPr="00A477E4" w:rsidR="009A0D5F" w:rsidP="001B27ED" w:rsidRDefault="009A0D5F" w14:paraId="13A80483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415" w:type="dxa"/>
            <w:tcMar/>
          </w:tcPr>
          <w:p w:rsidRPr="00A477E4" w:rsidR="009A0D5F" w:rsidP="001B27ED" w:rsidRDefault="009A0D5F" w14:paraId="2FC1C878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66" w:type="dxa"/>
            <w:tcMar/>
          </w:tcPr>
          <w:p w:rsidRPr="00A477E4" w:rsidR="009A0D5F" w:rsidP="001B27ED" w:rsidRDefault="009A0D5F" w14:paraId="383463E2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85" w:type="dxa"/>
            <w:tcMar/>
          </w:tcPr>
          <w:p w:rsidRPr="00A477E4" w:rsidR="009A0D5F" w:rsidP="001B27ED" w:rsidRDefault="009A0D5F" w14:paraId="4CE8A919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A477E4" w:rsidR="009A0D5F" w:rsidTr="78432DE7" w14:paraId="29BC3640" w14:textId="77777777">
        <w:tc>
          <w:tcPr>
            <w:tcW w:w="1335" w:type="dxa"/>
            <w:tcMar/>
          </w:tcPr>
          <w:p w:rsidRPr="00A477E4" w:rsidR="009A0D5F" w:rsidP="001B27ED" w:rsidRDefault="009A0D5F" w14:paraId="230891A0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55" w:type="dxa"/>
            <w:tcMar/>
          </w:tcPr>
          <w:p w:rsidRPr="00A477E4" w:rsidR="009A0D5F" w:rsidP="001B27ED" w:rsidRDefault="009A0D5F" w14:paraId="1AC77E7E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415" w:type="dxa"/>
            <w:tcMar/>
          </w:tcPr>
          <w:p w:rsidRPr="00A477E4" w:rsidR="009A0D5F" w:rsidP="001B27ED" w:rsidRDefault="009A0D5F" w14:paraId="724C79AB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66" w:type="dxa"/>
            <w:tcMar/>
          </w:tcPr>
          <w:p w:rsidRPr="00A477E4" w:rsidR="009A0D5F" w:rsidP="001B27ED" w:rsidRDefault="009A0D5F" w14:paraId="7AE4836A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85" w:type="dxa"/>
            <w:tcMar/>
          </w:tcPr>
          <w:p w:rsidRPr="00A477E4" w:rsidR="009A0D5F" w:rsidP="001B27ED" w:rsidRDefault="009A0D5F" w14:paraId="2B9261BC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A477E4" w:rsidR="009A0D5F" w:rsidTr="78432DE7" w14:paraId="4902CBF8" w14:textId="77777777">
        <w:tc>
          <w:tcPr>
            <w:tcW w:w="1335" w:type="dxa"/>
            <w:tcMar/>
          </w:tcPr>
          <w:p w:rsidRPr="00A477E4" w:rsidR="009A0D5F" w:rsidP="001B27ED" w:rsidRDefault="009A0D5F" w14:paraId="3479FDA2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55" w:type="dxa"/>
            <w:tcMar/>
          </w:tcPr>
          <w:p w:rsidRPr="00A477E4" w:rsidR="009A0D5F" w:rsidP="001B27ED" w:rsidRDefault="009A0D5F" w14:paraId="4703F529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415" w:type="dxa"/>
            <w:tcMar/>
          </w:tcPr>
          <w:p w:rsidRPr="00A477E4" w:rsidR="009A0D5F" w:rsidP="001B27ED" w:rsidRDefault="009A0D5F" w14:paraId="7DE10068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66" w:type="dxa"/>
            <w:tcMar/>
          </w:tcPr>
          <w:p w:rsidRPr="00A477E4" w:rsidR="009A0D5F" w:rsidP="001B27ED" w:rsidRDefault="009A0D5F" w14:paraId="3BD97FCE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85" w:type="dxa"/>
            <w:tcMar/>
          </w:tcPr>
          <w:p w:rsidRPr="00A477E4" w:rsidR="009A0D5F" w:rsidP="001B27ED" w:rsidRDefault="009A0D5F" w14:paraId="2208DC94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A477E4" w:rsidR="009A0D5F" w:rsidTr="78432DE7" w14:paraId="70B0B0AD" w14:textId="77777777">
        <w:tc>
          <w:tcPr>
            <w:tcW w:w="1335" w:type="dxa"/>
            <w:tcMar/>
          </w:tcPr>
          <w:p w:rsidRPr="00A477E4" w:rsidR="009A0D5F" w:rsidP="001B27ED" w:rsidRDefault="009A0D5F" w14:paraId="0B57B766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55" w:type="dxa"/>
            <w:tcMar/>
          </w:tcPr>
          <w:p w:rsidRPr="00A477E4" w:rsidR="009A0D5F" w:rsidP="001B27ED" w:rsidRDefault="009A0D5F" w14:paraId="3F23706A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415" w:type="dxa"/>
            <w:tcMar/>
          </w:tcPr>
          <w:p w:rsidRPr="00A477E4" w:rsidR="009A0D5F" w:rsidP="001B27ED" w:rsidRDefault="009A0D5F" w14:paraId="4D9C5A5D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66" w:type="dxa"/>
            <w:tcMar/>
          </w:tcPr>
          <w:p w:rsidRPr="00A477E4" w:rsidR="009A0D5F" w:rsidP="001B27ED" w:rsidRDefault="009A0D5F" w14:paraId="0243830C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85" w:type="dxa"/>
            <w:tcMar/>
          </w:tcPr>
          <w:p w:rsidRPr="00A477E4" w:rsidR="009A0D5F" w:rsidP="001B27ED" w:rsidRDefault="009A0D5F" w14:paraId="73070DFE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A477E4" w:rsidR="009A0D5F" w:rsidTr="78432DE7" w14:paraId="0F8D8C86" w14:textId="77777777">
        <w:tc>
          <w:tcPr>
            <w:tcW w:w="1335" w:type="dxa"/>
            <w:tcMar/>
          </w:tcPr>
          <w:p w:rsidRPr="00A477E4" w:rsidR="009A0D5F" w:rsidP="001B27ED" w:rsidRDefault="009A0D5F" w14:paraId="4576C0E0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55" w:type="dxa"/>
            <w:tcMar/>
          </w:tcPr>
          <w:p w:rsidRPr="00A477E4" w:rsidR="009A0D5F" w:rsidP="001B27ED" w:rsidRDefault="009A0D5F" w14:paraId="77D23E18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415" w:type="dxa"/>
            <w:tcMar/>
          </w:tcPr>
          <w:p w:rsidRPr="00A477E4" w:rsidR="009A0D5F" w:rsidP="001B27ED" w:rsidRDefault="009A0D5F" w14:paraId="57A50E10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66" w:type="dxa"/>
            <w:tcMar/>
          </w:tcPr>
          <w:p w:rsidRPr="00A477E4" w:rsidR="009A0D5F" w:rsidP="001B27ED" w:rsidRDefault="009A0D5F" w14:paraId="721952A7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85" w:type="dxa"/>
            <w:tcMar/>
          </w:tcPr>
          <w:p w:rsidRPr="00A477E4" w:rsidR="009A0D5F" w:rsidP="001B27ED" w:rsidRDefault="009A0D5F" w14:paraId="5084BE83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A477E4" w:rsidR="009A0D5F" w:rsidTr="78432DE7" w14:paraId="37F602B8" w14:textId="77777777">
        <w:tc>
          <w:tcPr>
            <w:tcW w:w="1335" w:type="dxa"/>
            <w:tcMar/>
          </w:tcPr>
          <w:p w:rsidRPr="00A477E4" w:rsidR="009A0D5F" w:rsidP="001B27ED" w:rsidRDefault="009A0D5F" w14:paraId="4454977E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55" w:type="dxa"/>
            <w:tcMar/>
          </w:tcPr>
          <w:p w:rsidRPr="00A477E4" w:rsidR="009A0D5F" w:rsidP="001B27ED" w:rsidRDefault="009A0D5F" w14:paraId="7C449A0E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415" w:type="dxa"/>
            <w:tcMar/>
          </w:tcPr>
          <w:p w:rsidRPr="00A477E4" w:rsidR="009A0D5F" w:rsidP="001B27ED" w:rsidRDefault="009A0D5F" w14:paraId="6ED710C1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66" w:type="dxa"/>
            <w:tcMar/>
          </w:tcPr>
          <w:p w:rsidRPr="00A477E4" w:rsidR="009A0D5F" w:rsidP="001B27ED" w:rsidRDefault="009A0D5F" w14:paraId="4BAABE1D" w14:textId="7777777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85" w:type="dxa"/>
            <w:tcMar/>
          </w:tcPr>
          <w:p w:rsidRPr="00A477E4" w:rsidR="009A0D5F" w:rsidP="001B27ED" w:rsidRDefault="009A0D5F" w14:paraId="704C3E11" w14:textId="77777777">
            <w:pPr>
              <w:rPr>
                <w:rFonts w:asciiTheme="majorHAnsi" w:hAnsiTheme="majorHAnsi" w:cstheme="majorHAnsi"/>
              </w:rPr>
            </w:pPr>
          </w:p>
        </w:tc>
      </w:tr>
    </w:tbl>
    <w:p w:rsidR="009A0D5F" w:rsidP="009A0D5F" w:rsidRDefault="009A0D5F" w14:paraId="73D32016" w14:textId="77777777">
      <w:pPr>
        <w:rPr>
          <w:rFonts w:asciiTheme="majorHAnsi" w:hAnsiTheme="majorHAnsi" w:cstheme="majorHAnsi"/>
        </w:rPr>
      </w:pPr>
    </w:p>
    <w:p w:rsidR="009A0D5F" w:rsidP="009A0D5F" w:rsidRDefault="009A0D5F" w14:paraId="0582E4A1" w14:textId="77777777">
      <w:pPr>
        <w:rPr>
          <w:rFonts w:asciiTheme="majorHAnsi" w:hAnsiTheme="majorHAnsi" w:cstheme="majorHAnsi"/>
        </w:rPr>
      </w:pPr>
      <w:r w:rsidRPr="00A477E4">
        <w:rPr>
          <w:rFonts w:asciiTheme="majorHAnsi" w:hAnsiTheme="majorHAnsi" w:cstheme="majorHAnsi"/>
        </w:rPr>
        <w:t>Auditor Signature: ___________________</w:t>
      </w:r>
    </w:p>
    <w:p w:rsidR="009A0D5F" w:rsidP="009A0D5F" w:rsidRDefault="009A0D5F" w14:paraId="0989B90D" w14:textId="77777777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Audit Report </w:t>
      </w:r>
      <w:proofErr w:type="gramStart"/>
      <w:r>
        <w:rPr>
          <w:rFonts w:asciiTheme="majorHAnsi" w:hAnsiTheme="majorHAnsi" w:cstheme="majorHAnsi"/>
        </w:rPr>
        <w:t>Date:_</w:t>
      </w:r>
      <w:proofErr w:type="gramEnd"/>
      <w:r>
        <w:rPr>
          <w:rFonts w:asciiTheme="majorHAnsi" w:hAnsiTheme="majorHAnsi" w:cstheme="majorHAnsi"/>
        </w:rPr>
        <w:t>__________________</w:t>
      </w:r>
    </w:p>
    <w:p w:rsidR="00505564" w:rsidP="009A0D5F" w:rsidRDefault="00505564" w14:paraId="6A7A4A59" w14:textId="3BDA72F3"/>
    <w:sectPr w:rsidR="00505564" w:rsidSect="00034616">
      <w:headerReference w:type="default" r:id="rId8"/>
      <w:footerReference w:type="default" r:id="rId9"/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A0D5F" w:rsidP="009A0D5F" w:rsidRDefault="009A0D5F" w14:paraId="19DA6131" w14:textId="77777777">
      <w:pPr>
        <w:spacing w:after="0" w:line="240" w:lineRule="auto"/>
      </w:pPr>
      <w:r>
        <w:separator/>
      </w:r>
    </w:p>
  </w:endnote>
  <w:endnote w:type="continuationSeparator" w:id="0">
    <w:p w:rsidR="009A0D5F" w:rsidP="009A0D5F" w:rsidRDefault="009A0D5F" w14:paraId="00CC98F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9A0D5F" w:rsidR="009A0D5F" w:rsidP="78432DE7" w:rsidRDefault="009A0D5F" w14:paraId="6FD59504" w14:textId="69141E4A">
    <w:pPr>
      <w:pStyle w:val="Footer"/>
      <w:rPr>
        <w:rFonts w:ascii="Calibri" w:hAnsi="Calibri" w:cs="Calibri" w:asciiTheme="majorAscii" w:hAnsiTheme="majorAscii" w:cstheme="majorAscii"/>
        <w:sz w:val="16"/>
        <w:szCs w:val="16"/>
        <w:lang w:val="en-GB"/>
      </w:rPr>
    </w:pPr>
    <w:r w:rsidRPr="78432DE7" w:rsidR="78432DE7">
      <w:rPr>
        <w:rFonts w:ascii="Calibri" w:hAnsi="Calibri" w:cs="Calibri" w:asciiTheme="majorAscii" w:hAnsiTheme="majorAscii" w:cstheme="majorAscii"/>
        <w:sz w:val="16"/>
        <w:szCs w:val="16"/>
        <w:lang w:val="en-GB"/>
      </w:rPr>
      <w:t>T-</w:t>
    </w:r>
    <w:r w:rsidRPr="78432DE7" w:rsidR="78432DE7">
      <w:rPr>
        <w:rFonts w:ascii="Calibri" w:hAnsi="Calibri" w:cs="Calibri" w:asciiTheme="majorAscii" w:hAnsiTheme="majorAscii" w:cstheme="majorAscii"/>
        <w:sz w:val="16"/>
        <w:szCs w:val="16"/>
        <w:lang w:val="en-GB"/>
      </w:rPr>
      <w:t>1047</w:t>
    </w:r>
    <w:r w:rsidRPr="78432DE7" w:rsidR="78432DE7">
      <w:rPr>
        <w:rFonts w:ascii="Calibri" w:hAnsi="Calibri" w:cs="Calibri" w:asciiTheme="majorAscii" w:hAnsiTheme="majorAscii" w:cstheme="majorAscii"/>
        <w:sz w:val="16"/>
        <w:szCs w:val="16"/>
        <w:lang w:val="en-GB"/>
      </w:rPr>
      <w:t>_Research</w:t>
    </w:r>
    <w:r w:rsidRPr="78432DE7" w:rsidR="78432DE7">
      <w:rPr>
        <w:rFonts w:ascii="Calibri" w:hAnsi="Calibri" w:cs="Calibri" w:asciiTheme="majorAscii" w:hAnsiTheme="majorAscii" w:cstheme="majorAscii"/>
        <w:sz w:val="16"/>
        <w:szCs w:val="16"/>
        <w:lang w:val="en-GB"/>
      </w:rPr>
      <w:t xml:space="preserve"> Space Set-Up Process </w:t>
    </w:r>
  </w:p>
  <w:p w:rsidRPr="009A0D5F" w:rsidR="009A0D5F" w:rsidRDefault="009A0D5F" w14:paraId="1C520DF2" w14:textId="447D9386">
    <w:pPr>
      <w:pStyle w:val="Footer"/>
      <w:rPr>
        <w:rFonts w:asciiTheme="majorHAnsi" w:hAnsiTheme="majorHAnsi" w:cstheme="majorHAnsi"/>
        <w:sz w:val="16"/>
        <w:szCs w:val="16"/>
        <w:lang w:val="en-GB"/>
      </w:rPr>
    </w:pPr>
    <w:r w:rsidRPr="009A0D5F">
      <w:rPr>
        <w:rFonts w:asciiTheme="majorHAnsi" w:hAnsiTheme="majorHAnsi" w:cstheme="majorHAnsi"/>
        <w:sz w:val="16"/>
        <w:szCs w:val="16"/>
        <w:lang w:val="en-GB"/>
      </w:rPr>
      <w:t>V1</w:t>
    </w:r>
  </w:p>
  <w:p w:rsidRPr="009A0D5F" w:rsidR="009A0D5F" w:rsidP="78432DE7" w:rsidRDefault="009A0D5F" w14:paraId="04312DFB" w14:textId="04A98503">
    <w:pPr>
      <w:pStyle w:val="Footer"/>
      <w:rPr>
        <w:rFonts w:ascii="Calibri" w:hAnsi="Calibri" w:cs="Calibri" w:asciiTheme="majorAscii" w:hAnsiTheme="majorAscii" w:cstheme="majorAscii"/>
        <w:sz w:val="16"/>
        <w:szCs w:val="16"/>
        <w:lang w:val="en-GB"/>
      </w:rPr>
    </w:pPr>
    <w:r w:rsidRPr="78432DE7" w:rsidR="78432DE7">
      <w:rPr>
        <w:rFonts w:ascii="Calibri" w:hAnsi="Calibri" w:cs="Calibri" w:asciiTheme="majorAscii" w:hAnsiTheme="majorAscii" w:cstheme="majorAscii"/>
        <w:sz w:val="16"/>
        <w:szCs w:val="16"/>
        <w:lang w:val="en-GB"/>
      </w:rPr>
      <w:t>Effective Date:</w:t>
    </w:r>
    <w:r w:rsidRPr="78432DE7" w:rsidR="78432DE7">
      <w:rPr>
        <w:rFonts w:ascii="Calibri" w:hAnsi="Calibri" w:cs="Calibri" w:asciiTheme="majorAscii" w:hAnsiTheme="majorAscii" w:cstheme="majorAscii"/>
        <w:sz w:val="16"/>
        <w:szCs w:val="16"/>
        <w:lang w:val="en-GB"/>
      </w:rPr>
      <w:t xml:space="preserve"> </w:t>
    </w:r>
    <w:r w:rsidRPr="78432DE7" w:rsidR="78432DE7">
      <w:rPr>
        <w:rFonts w:ascii="Calibri" w:hAnsi="Calibri" w:cs="Calibri" w:asciiTheme="majorAscii" w:hAnsiTheme="majorAscii" w:cstheme="majorAscii"/>
        <w:sz w:val="16"/>
        <w:szCs w:val="16"/>
        <w:lang w:val="en-GB"/>
      </w:rPr>
      <w:t>28</w:t>
    </w:r>
    <w:r w:rsidRPr="78432DE7" w:rsidR="78432DE7">
      <w:rPr>
        <w:rFonts w:ascii="Calibri" w:hAnsi="Calibri" w:cs="Calibri" w:asciiTheme="majorAscii" w:hAnsiTheme="majorAscii" w:cstheme="majorAscii"/>
        <w:sz w:val="16"/>
        <w:szCs w:val="16"/>
        <w:vertAlign w:val="superscript"/>
        <w:lang w:val="en-GB"/>
      </w:rPr>
      <w:t>th</w:t>
    </w:r>
    <w:r w:rsidRPr="78432DE7" w:rsidR="78432DE7">
      <w:rPr>
        <w:rFonts w:ascii="Calibri" w:hAnsi="Calibri" w:cs="Calibri" w:asciiTheme="majorAscii" w:hAnsiTheme="majorAscii" w:cstheme="majorAscii"/>
        <w:sz w:val="16"/>
        <w:szCs w:val="16"/>
        <w:lang w:val="en-GB"/>
      </w:rPr>
      <w:t xml:space="preserve"> August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A0D5F" w:rsidP="009A0D5F" w:rsidRDefault="009A0D5F" w14:paraId="2DD0AA0A" w14:textId="77777777">
      <w:pPr>
        <w:spacing w:after="0" w:line="240" w:lineRule="auto"/>
      </w:pPr>
      <w:r>
        <w:separator/>
      </w:r>
    </w:p>
  </w:footnote>
  <w:footnote w:type="continuationSeparator" w:id="0">
    <w:p w:rsidR="009A0D5F" w:rsidP="009A0D5F" w:rsidRDefault="009A0D5F" w14:paraId="7EFFCC1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9A0D5F" w:rsidP="009A0D5F" w:rsidRDefault="009A0D5F" w14:paraId="60FCD2EC" w14:textId="4A4DD25C">
    <w:pPr>
      <w:pStyle w:val="Header"/>
      <w:jc w:val="right"/>
    </w:pPr>
    <w:r>
      <w:rPr>
        <w:rFonts w:ascii="Arial" w:hAnsi="Arial" w:cs="Arial"/>
        <w:noProof/>
      </w:rPr>
      <w:drawing>
        <wp:inline distT="0" distB="0" distL="0" distR="0" wp14:anchorId="6EF3E414" wp14:editId="2A423DE9">
          <wp:extent cx="1322705" cy="664210"/>
          <wp:effectExtent l="0" t="0" r="0" b="2540"/>
          <wp:docPr id="10205783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2705" cy="664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" w16cid:durableId="1083338646">
    <w:abstractNumId w:val="8"/>
  </w:num>
  <w:num w:numId="2" w16cid:durableId="518085086">
    <w:abstractNumId w:val="6"/>
  </w:num>
  <w:num w:numId="3" w16cid:durableId="100153635">
    <w:abstractNumId w:val="5"/>
  </w:num>
  <w:num w:numId="4" w16cid:durableId="991448321">
    <w:abstractNumId w:val="4"/>
  </w:num>
  <w:num w:numId="5" w16cid:durableId="1419062382">
    <w:abstractNumId w:val="7"/>
  </w:num>
  <w:num w:numId="6" w16cid:durableId="1451783238">
    <w:abstractNumId w:val="3"/>
  </w:num>
  <w:num w:numId="7" w16cid:durableId="747073229">
    <w:abstractNumId w:val="2"/>
  </w:num>
  <w:num w:numId="8" w16cid:durableId="172570742">
    <w:abstractNumId w:val="1"/>
  </w:num>
  <w:num w:numId="9" w16cid:durableId="352152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05564"/>
    <w:rsid w:val="009A0D5F"/>
    <w:rsid w:val="00AA1D8D"/>
    <w:rsid w:val="00B47730"/>
    <w:rsid w:val="00CB0664"/>
    <w:rsid w:val="00D60039"/>
    <w:rsid w:val="00FC693F"/>
    <w:rsid w:val="104F9152"/>
    <w:rsid w:val="11271C43"/>
    <w:rsid w:val="15588746"/>
    <w:rsid w:val="189407BD"/>
    <w:rsid w:val="1F4379E3"/>
    <w:rsid w:val="209E2755"/>
    <w:rsid w:val="21A661C9"/>
    <w:rsid w:val="239B023C"/>
    <w:rsid w:val="370B3A5F"/>
    <w:rsid w:val="376AE3A0"/>
    <w:rsid w:val="39EC626C"/>
    <w:rsid w:val="3DB96483"/>
    <w:rsid w:val="3F61B6FB"/>
    <w:rsid w:val="49CD567F"/>
    <w:rsid w:val="4B9B1A40"/>
    <w:rsid w:val="4BE2F377"/>
    <w:rsid w:val="5B069018"/>
    <w:rsid w:val="5CB698CA"/>
    <w:rsid w:val="630CD38E"/>
    <w:rsid w:val="69C11E1F"/>
    <w:rsid w:val="6FB6B164"/>
    <w:rsid w:val="776D67DB"/>
    <w:rsid w:val="781C3A07"/>
    <w:rsid w:val="78432DE7"/>
    <w:rsid w:val="78825E1E"/>
    <w:rsid w:val="7C27D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0A7B7AC8"/>
  <w14:defaultImageDpi w14:val="300"/>
  <w15:docId w15:val="{F962234F-C7E1-4DED-A3BE-ED1C4573F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customXml" Target="../customXml/item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2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customXml" Target="../customXml/item4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889B338421544A2A7227E1C16C6E8" ma:contentTypeVersion="21" ma:contentTypeDescription="Create a new document." ma:contentTypeScope="" ma:versionID="e589ca65b4fb0de1d19355c30acad35a">
  <xsd:schema xmlns:xsd="http://www.w3.org/2001/XMLSchema" xmlns:xs="http://www.w3.org/2001/XMLSchema" xmlns:p="http://schemas.microsoft.com/office/2006/metadata/properties" xmlns:ns1="http://schemas.microsoft.com/sharepoint/v3" xmlns:ns2="5a03356c-0a2c-4bc3-b5a2-b58e2657827f" xmlns:ns3="f1d5497b-0264-4770-b011-aa565df991d0" targetNamespace="http://schemas.microsoft.com/office/2006/metadata/properties" ma:root="true" ma:fieldsID="ceb87c9e7cf9292f4ec0e9541f6b86c6" ns1:_="" ns2:_="" ns3:_="">
    <xsd:import namespace="http://schemas.microsoft.com/sharepoint/v3"/>
    <xsd:import namespace="5a03356c-0a2c-4bc3-b5a2-b58e2657827f"/>
    <xsd:import namespace="f1d5497b-0264-4770-b011-aa565df991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Note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3356c-0a2c-4bc3-b5a2-b58e26578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" ma:index="15" nillable="true" ma:displayName="Note" ma:internalName="Note" ma:readOnly="false">
      <xsd:simpleType>
        <xsd:restriction base="dms:Text">
          <xsd:maxLength value="255"/>
        </xsd:restriction>
      </xsd:simpleType>
    </xsd:element>
    <xsd:element name="_Flow_SignoffStatus" ma:index="17" nillable="true" ma:displayName="Sign-off status" ma:internalName="_x0024_Resources_x003a_core_x002c_Signoff_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5497b-0264-4770-b011-aa565df991d0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2e5360c6-73b6-4bfc-b92f-e248499dca99}" ma:internalName="TaxCatchAll" ma:showField="CatchAllData" ma:web="f1d5497b-0264-4770-b011-aa565df991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1d5497b-0264-4770-b011-aa565df991d0" xsi:nil="true"/>
    <_Flow_SignoffStatus xmlns="5a03356c-0a2c-4bc3-b5a2-b58e2657827f" xsi:nil="true"/>
    <lcf76f155ced4ddcb4097134ff3c332f xmlns="5a03356c-0a2c-4bc3-b5a2-b58e2657827f">
      <Terms xmlns="http://schemas.microsoft.com/office/infopath/2007/PartnerControls"/>
    </lcf76f155ced4ddcb4097134ff3c332f>
    <_ip_UnifiedCompliancePolicyProperties xmlns="http://schemas.microsoft.com/sharepoint/v3" xsi:nil="true"/>
    <Note xmlns="5a03356c-0a2c-4bc3-b5a2-b58e2657827f" xsi:nil="true"/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B18C23A-E30F-4043-BF42-5D2080C9C4D5}"/>
</file>

<file path=customXml/itemProps3.xml><?xml version="1.0" encoding="utf-8"?>
<ds:datastoreItem xmlns:ds="http://schemas.openxmlformats.org/officeDocument/2006/customXml" ds:itemID="{6386CB51-E4D7-406E-A074-CEEC4358D2E7}"/>
</file>

<file path=customXml/itemProps4.xml><?xml version="1.0" encoding="utf-8"?>
<ds:datastoreItem xmlns:ds="http://schemas.openxmlformats.org/officeDocument/2006/customXml" ds:itemID="{22DB6F53-3846-4242-9A87-62148EBB31F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LOURO, Joana (UNIVERSITY HOSPITALS OF LEICESTER NHS TRUST)</cp:lastModifiedBy>
  <cp:revision>3</cp:revision>
  <dcterms:created xsi:type="dcterms:W3CDTF">2013-12-23T23:15:00Z</dcterms:created>
  <dcterms:modified xsi:type="dcterms:W3CDTF">2025-08-28T11:47:47Z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0x010100D85889B338421544A2A7227E1C16C6E8</vt:lpwstr>
  </property>
  <property fmtid="{D5CDD505-2E9C-101B-9397-08002B2CF9AE}" pid="3" name="Order">
    <vt:r8>16900</vt:r8>
  </property>
  <property fmtid="{D5CDD505-2E9C-101B-9397-08002B2CF9AE}" pid="4" name="_ExtendedDescription">
    <vt:lpwstr/>
  </property>
  <property fmtid="{D5CDD505-2E9C-101B-9397-08002B2CF9AE}" pid="6" name="docLang">
    <vt:lpwstr>en</vt:lpwstr>
  </property>
  <property fmtid="{D5CDD505-2E9C-101B-9397-08002B2CF9AE}" pid="7" name="MediaServiceImageTags">
    <vt:lpwstr/>
  </property>
</Properties>
</file>