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AF2138" w14:textId="24FC9617" w:rsidR="00A15333" w:rsidRDefault="00100760">
      <w:pPr>
        <w:pStyle w:val="Title"/>
      </w:pPr>
      <w:r>
        <w:t>T-</w:t>
      </w:r>
      <w:r w:rsidR="3296BDAA">
        <w:t xml:space="preserve">1042 </w:t>
      </w:r>
      <w:r w:rsidR="00EC388E">
        <w:t>Research Space Asset Register Checklist</w:t>
      </w:r>
    </w:p>
    <w:p w14:paraId="1E9A1B44" w14:textId="77777777" w:rsidR="00A15333" w:rsidRDefault="00665990">
      <w:pPr>
        <w:pStyle w:val="Heading1"/>
      </w:pPr>
      <w:r>
        <w:t>General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5"/>
        <w:gridCol w:w="1664"/>
        <w:gridCol w:w="4006"/>
      </w:tblGrid>
      <w:tr w:rsidR="00EC388E" w:rsidRPr="00A477E4" w14:paraId="6E8065D2" w14:textId="77777777" w:rsidTr="00EC388E">
        <w:tc>
          <w:tcPr>
            <w:tcW w:w="3085" w:type="dxa"/>
          </w:tcPr>
          <w:p w14:paraId="07C0F568" w14:textId="77777777" w:rsidR="00EC388E" w:rsidRPr="001C49CC" w:rsidRDefault="00EC388E" w:rsidP="00A312EF">
            <w:pPr>
              <w:rPr>
                <w:rFonts w:asciiTheme="majorHAnsi" w:hAnsiTheme="majorHAnsi" w:cstheme="majorHAnsi"/>
                <w:b/>
                <w:bCs/>
              </w:rPr>
            </w:pPr>
            <w:r w:rsidRPr="001C49CC">
              <w:rPr>
                <w:rFonts w:asciiTheme="majorHAnsi" w:hAnsiTheme="majorHAnsi" w:cstheme="majorHAnsi"/>
                <w:b/>
                <w:bCs/>
              </w:rPr>
              <w:t>Item</w:t>
            </w:r>
          </w:p>
        </w:tc>
        <w:tc>
          <w:tcPr>
            <w:tcW w:w="1664" w:type="dxa"/>
          </w:tcPr>
          <w:p w14:paraId="109340F8" w14:textId="52E15805" w:rsidR="00EC388E" w:rsidRDefault="00EC388E" w:rsidP="006D166C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1C49CC">
              <w:rPr>
                <w:rFonts w:asciiTheme="majorHAnsi" w:hAnsiTheme="majorHAnsi" w:cstheme="majorHAnsi"/>
                <w:b/>
                <w:bCs/>
              </w:rPr>
              <w:t>Yes/No</w:t>
            </w:r>
          </w:p>
          <w:p w14:paraId="7C3027AE" w14:textId="77777777" w:rsidR="00EC388E" w:rsidRPr="001C49CC" w:rsidRDefault="00EC388E" w:rsidP="006D166C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N/A</w:t>
            </w:r>
          </w:p>
        </w:tc>
        <w:tc>
          <w:tcPr>
            <w:tcW w:w="4006" w:type="dxa"/>
          </w:tcPr>
          <w:p w14:paraId="5E6F4A40" w14:textId="77777777" w:rsidR="00EC388E" w:rsidRPr="001C49CC" w:rsidRDefault="00EC388E" w:rsidP="006D166C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1C49CC">
              <w:rPr>
                <w:rFonts w:asciiTheme="majorHAnsi" w:hAnsiTheme="majorHAnsi" w:cstheme="majorHAnsi"/>
                <w:b/>
                <w:bCs/>
              </w:rPr>
              <w:t>Comments</w:t>
            </w:r>
          </w:p>
        </w:tc>
      </w:tr>
      <w:tr w:rsidR="00EC388E" w:rsidRPr="00A477E4" w14:paraId="07F8B7E1" w14:textId="77777777" w:rsidTr="00EC388E">
        <w:tc>
          <w:tcPr>
            <w:tcW w:w="3085" w:type="dxa"/>
          </w:tcPr>
          <w:p w14:paraId="4ECF0AB2" w14:textId="7C8DFEC4" w:rsidR="00EC388E" w:rsidRPr="00A477E4" w:rsidRDefault="00EC388E" w:rsidP="00A312EF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Asset Register is up to date</w:t>
            </w:r>
          </w:p>
        </w:tc>
        <w:tc>
          <w:tcPr>
            <w:tcW w:w="1664" w:type="dxa"/>
          </w:tcPr>
          <w:p w14:paraId="77DA2D98" w14:textId="13704DA0" w:rsidR="00EC388E" w:rsidRPr="00A477E4" w:rsidRDefault="00EC388E" w:rsidP="00A312EF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006" w:type="dxa"/>
          </w:tcPr>
          <w:p w14:paraId="081425BF" w14:textId="77777777" w:rsidR="00EC388E" w:rsidRPr="00A477E4" w:rsidRDefault="00EC388E" w:rsidP="00A312EF">
            <w:pPr>
              <w:rPr>
                <w:rFonts w:asciiTheme="majorHAnsi" w:hAnsiTheme="majorHAnsi" w:cstheme="majorHAnsi"/>
              </w:rPr>
            </w:pPr>
          </w:p>
        </w:tc>
      </w:tr>
      <w:tr w:rsidR="00EC388E" w:rsidRPr="00A477E4" w14:paraId="2319810B" w14:textId="77777777" w:rsidTr="00EC388E">
        <w:tc>
          <w:tcPr>
            <w:tcW w:w="3085" w:type="dxa"/>
          </w:tcPr>
          <w:p w14:paraId="5DD523AC" w14:textId="7F41A823" w:rsidR="00EC388E" w:rsidRPr="00A477E4" w:rsidRDefault="00EC388E" w:rsidP="00EC388E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Asset register is maintained in a secure location </w:t>
            </w:r>
          </w:p>
        </w:tc>
        <w:tc>
          <w:tcPr>
            <w:tcW w:w="1664" w:type="dxa"/>
          </w:tcPr>
          <w:p w14:paraId="54C6736C" w14:textId="71936685" w:rsidR="00EC388E" w:rsidRPr="00A477E4" w:rsidRDefault="00EC388E" w:rsidP="00A312EF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006" w:type="dxa"/>
          </w:tcPr>
          <w:p w14:paraId="5C46CC53" w14:textId="77777777" w:rsidR="00EC388E" w:rsidRPr="00A477E4" w:rsidRDefault="00EC388E" w:rsidP="00A312EF">
            <w:pPr>
              <w:rPr>
                <w:rFonts w:asciiTheme="majorHAnsi" w:hAnsiTheme="majorHAnsi" w:cstheme="majorHAnsi"/>
              </w:rPr>
            </w:pPr>
          </w:p>
        </w:tc>
      </w:tr>
      <w:tr w:rsidR="00BB0419" w:rsidRPr="00A477E4" w14:paraId="63CCD82D" w14:textId="77777777" w:rsidTr="00EC388E">
        <w:tc>
          <w:tcPr>
            <w:tcW w:w="3085" w:type="dxa"/>
          </w:tcPr>
          <w:p w14:paraId="44A4C5C1" w14:textId="2F8B35C1" w:rsidR="00BB0419" w:rsidRDefault="00BB0419" w:rsidP="00EC388E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Is the register backed up regularly? </w:t>
            </w:r>
          </w:p>
        </w:tc>
        <w:tc>
          <w:tcPr>
            <w:tcW w:w="1664" w:type="dxa"/>
          </w:tcPr>
          <w:p w14:paraId="00435E00" w14:textId="77777777" w:rsidR="00BB0419" w:rsidRPr="00A477E4" w:rsidRDefault="00BB0419" w:rsidP="00A312EF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006" w:type="dxa"/>
          </w:tcPr>
          <w:p w14:paraId="3379D428" w14:textId="77777777" w:rsidR="00BB0419" w:rsidRPr="00A477E4" w:rsidRDefault="00BB0419" w:rsidP="00A312EF">
            <w:pPr>
              <w:rPr>
                <w:rFonts w:asciiTheme="majorHAnsi" w:hAnsiTheme="majorHAnsi" w:cstheme="majorHAnsi"/>
              </w:rPr>
            </w:pPr>
          </w:p>
        </w:tc>
      </w:tr>
      <w:tr w:rsidR="00CE1657" w:rsidRPr="00A477E4" w14:paraId="5B69B907" w14:textId="77777777" w:rsidTr="00EC388E">
        <w:tc>
          <w:tcPr>
            <w:tcW w:w="3085" w:type="dxa"/>
          </w:tcPr>
          <w:p w14:paraId="0EF8F0C8" w14:textId="5B8C001A" w:rsidR="00CE1657" w:rsidRPr="006D166C" w:rsidRDefault="00CE1657" w:rsidP="00EC388E">
            <w:pPr>
              <w:rPr>
                <w:rFonts w:asciiTheme="majorHAnsi" w:hAnsiTheme="majorHAnsi" w:cstheme="majorHAnsi"/>
              </w:rPr>
            </w:pPr>
            <w:r w:rsidRPr="006D166C">
              <w:rPr>
                <w:rFonts w:asciiTheme="majorHAnsi" w:hAnsiTheme="majorHAnsi" w:cstheme="majorHAnsi"/>
              </w:rPr>
              <w:t>Any ghost assets (listed but missing) identified</w:t>
            </w:r>
            <w:r w:rsidR="006D166C" w:rsidRPr="006D166C">
              <w:rPr>
                <w:rFonts w:asciiTheme="majorHAnsi" w:hAnsiTheme="majorHAnsi" w:cstheme="majorHAnsi"/>
              </w:rPr>
              <w:t>?</w:t>
            </w:r>
          </w:p>
        </w:tc>
        <w:tc>
          <w:tcPr>
            <w:tcW w:w="1664" w:type="dxa"/>
          </w:tcPr>
          <w:p w14:paraId="7F39D037" w14:textId="77777777" w:rsidR="00CE1657" w:rsidRPr="00A477E4" w:rsidRDefault="00CE1657" w:rsidP="00A312EF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006" w:type="dxa"/>
          </w:tcPr>
          <w:p w14:paraId="67F5CA96" w14:textId="77777777" w:rsidR="00CE1657" w:rsidRPr="00A477E4" w:rsidRDefault="00CE1657" w:rsidP="00A312EF">
            <w:pPr>
              <w:rPr>
                <w:rFonts w:asciiTheme="majorHAnsi" w:hAnsiTheme="majorHAnsi" w:cstheme="majorHAnsi"/>
              </w:rPr>
            </w:pPr>
          </w:p>
        </w:tc>
      </w:tr>
      <w:tr w:rsidR="00CE1657" w:rsidRPr="00A477E4" w14:paraId="1FA5B0A5" w14:textId="77777777" w:rsidTr="00EC388E">
        <w:tc>
          <w:tcPr>
            <w:tcW w:w="3085" w:type="dxa"/>
          </w:tcPr>
          <w:p w14:paraId="25BCBD62" w14:textId="69B2D336" w:rsidR="00CE1657" w:rsidRPr="006D166C" w:rsidRDefault="006D166C" w:rsidP="00EC388E">
            <w:pPr>
              <w:rPr>
                <w:rFonts w:asciiTheme="majorHAnsi" w:hAnsiTheme="majorHAnsi" w:cstheme="majorHAnsi"/>
              </w:rPr>
            </w:pPr>
            <w:r w:rsidRPr="006D166C">
              <w:rPr>
                <w:rFonts w:asciiTheme="majorHAnsi" w:hAnsiTheme="majorHAnsi" w:cstheme="majorHAnsi"/>
              </w:rPr>
              <w:t xml:space="preserve">Any unrecoded assets (present but not listed) identified? </w:t>
            </w:r>
          </w:p>
        </w:tc>
        <w:tc>
          <w:tcPr>
            <w:tcW w:w="1664" w:type="dxa"/>
          </w:tcPr>
          <w:p w14:paraId="54BA0EC6" w14:textId="77777777" w:rsidR="00CE1657" w:rsidRPr="00A477E4" w:rsidRDefault="00CE1657" w:rsidP="00A312EF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006" w:type="dxa"/>
          </w:tcPr>
          <w:p w14:paraId="00D5A849" w14:textId="77777777" w:rsidR="00CE1657" w:rsidRPr="00A477E4" w:rsidRDefault="00CE1657" w:rsidP="00A312EF">
            <w:pPr>
              <w:rPr>
                <w:rFonts w:asciiTheme="majorHAnsi" w:hAnsiTheme="majorHAnsi" w:cstheme="majorHAnsi"/>
              </w:rPr>
            </w:pPr>
          </w:p>
        </w:tc>
      </w:tr>
      <w:tr w:rsidR="00E642BD" w:rsidRPr="00A477E4" w14:paraId="565F1043" w14:textId="77777777" w:rsidTr="00EC388E">
        <w:tc>
          <w:tcPr>
            <w:tcW w:w="3085" w:type="dxa"/>
          </w:tcPr>
          <w:p w14:paraId="05EBA260" w14:textId="4DF0D157" w:rsidR="00E642BD" w:rsidRPr="006D166C" w:rsidRDefault="00E642BD" w:rsidP="00E642BD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Are disposed/retired assets </w:t>
            </w:r>
            <w:r>
              <w:rPr>
                <w:rFonts w:asciiTheme="majorHAnsi" w:hAnsiTheme="majorHAnsi" w:cstheme="majorHAnsi"/>
              </w:rPr>
              <w:t xml:space="preserve">recorded on </w:t>
            </w:r>
            <w:r>
              <w:rPr>
                <w:rFonts w:asciiTheme="majorHAnsi" w:hAnsiTheme="majorHAnsi" w:cstheme="majorHAnsi"/>
              </w:rPr>
              <w:t>the register?</w:t>
            </w:r>
          </w:p>
        </w:tc>
        <w:tc>
          <w:tcPr>
            <w:tcW w:w="1664" w:type="dxa"/>
          </w:tcPr>
          <w:p w14:paraId="3BC0FC31" w14:textId="77777777" w:rsidR="00E642BD" w:rsidRPr="00A477E4" w:rsidRDefault="00E642BD" w:rsidP="00E642BD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006" w:type="dxa"/>
          </w:tcPr>
          <w:p w14:paraId="7597A9EE" w14:textId="77777777" w:rsidR="00E642BD" w:rsidRPr="00A477E4" w:rsidRDefault="00E642BD" w:rsidP="00E642BD">
            <w:pPr>
              <w:rPr>
                <w:rFonts w:asciiTheme="majorHAnsi" w:hAnsiTheme="majorHAnsi" w:cstheme="majorHAnsi"/>
              </w:rPr>
            </w:pPr>
          </w:p>
        </w:tc>
      </w:tr>
      <w:tr w:rsidR="00E642BD" w:rsidRPr="00A477E4" w14:paraId="55D089A4" w14:textId="77777777" w:rsidTr="00EC388E">
        <w:tc>
          <w:tcPr>
            <w:tcW w:w="3085" w:type="dxa"/>
          </w:tcPr>
          <w:p w14:paraId="17FFBD79" w14:textId="73E7E1CE" w:rsidR="00E642BD" w:rsidRPr="006D166C" w:rsidRDefault="00E642BD" w:rsidP="00E642BD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Is disposal method documented?</w:t>
            </w:r>
          </w:p>
        </w:tc>
        <w:tc>
          <w:tcPr>
            <w:tcW w:w="1664" w:type="dxa"/>
          </w:tcPr>
          <w:p w14:paraId="49148A59" w14:textId="77777777" w:rsidR="00E642BD" w:rsidRPr="00A477E4" w:rsidRDefault="00E642BD" w:rsidP="00E642BD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006" w:type="dxa"/>
          </w:tcPr>
          <w:p w14:paraId="340C456F" w14:textId="77777777" w:rsidR="00E642BD" w:rsidRPr="00A477E4" w:rsidRDefault="00E642BD" w:rsidP="00E642BD">
            <w:pPr>
              <w:rPr>
                <w:rFonts w:asciiTheme="majorHAnsi" w:hAnsiTheme="majorHAnsi" w:cstheme="majorHAnsi"/>
              </w:rPr>
            </w:pPr>
          </w:p>
        </w:tc>
      </w:tr>
      <w:tr w:rsidR="00E642BD" w:rsidRPr="00A477E4" w14:paraId="0B1BE9A6" w14:textId="77777777" w:rsidTr="00EC388E">
        <w:tc>
          <w:tcPr>
            <w:tcW w:w="3085" w:type="dxa"/>
          </w:tcPr>
          <w:p w14:paraId="3C3D3C02" w14:textId="21CE9080" w:rsidR="00E642BD" w:rsidRPr="006D166C" w:rsidRDefault="00E642BD" w:rsidP="00E642BD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Is write-off approval properly documented?</w:t>
            </w:r>
          </w:p>
        </w:tc>
        <w:tc>
          <w:tcPr>
            <w:tcW w:w="1664" w:type="dxa"/>
          </w:tcPr>
          <w:p w14:paraId="1433F3FE" w14:textId="77777777" w:rsidR="00E642BD" w:rsidRPr="00A477E4" w:rsidRDefault="00E642BD" w:rsidP="00E642BD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006" w:type="dxa"/>
          </w:tcPr>
          <w:p w14:paraId="282413E4" w14:textId="77777777" w:rsidR="00E642BD" w:rsidRPr="00A477E4" w:rsidRDefault="00E642BD" w:rsidP="00E642BD">
            <w:pPr>
              <w:rPr>
                <w:rFonts w:asciiTheme="majorHAnsi" w:hAnsiTheme="majorHAnsi" w:cstheme="majorHAnsi"/>
              </w:rPr>
            </w:pPr>
          </w:p>
        </w:tc>
      </w:tr>
    </w:tbl>
    <w:p w14:paraId="72AFE653" w14:textId="514D0411" w:rsidR="00EC388E" w:rsidRPr="00EC388E" w:rsidRDefault="00EC388E" w:rsidP="00EC388E">
      <w:pPr>
        <w:pStyle w:val="Heading2"/>
        <w:rPr>
          <w:rFonts w:cstheme="majorHAnsi"/>
          <w:sz w:val="22"/>
          <w:szCs w:val="22"/>
        </w:rPr>
      </w:pPr>
      <w:r w:rsidRPr="00EC388E">
        <w:rPr>
          <w:rFonts w:cstheme="majorHAnsi"/>
          <w:sz w:val="22"/>
          <w:szCs w:val="22"/>
        </w:rPr>
        <w:t>Assets</w:t>
      </w:r>
    </w:p>
    <w:p w14:paraId="684F24F0" w14:textId="5D408C71" w:rsidR="00EC388E" w:rsidRPr="00EC388E" w:rsidRDefault="00EC388E" w:rsidP="00EC388E">
      <w:pPr>
        <w:pStyle w:val="ListParagraph"/>
        <w:numPr>
          <w:ilvl w:val="0"/>
          <w:numId w:val="10"/>
        </w:numPr>
        <w:rPr>
          <w:rFonts w:asciiTheme="majorHAnsi" w:hAnsiTheme="majorHAnsi" w:cstheme="majorHAnsi"/>
          <w:sz w:val="24"/>
          <w:szCs w:val="24"/>
        </w:rPr>
      </w:pPr>
      <w:r w:rsidRPr="00EC388E">
        <w:rPr>
          <w:rFonts w:asciiTheme="majorHAnsi" w:hAnsiTheme="majorHAnsi" w:cstheme="majorHAnsi"/>
          <w:sz w:val="24"/>
          <w:szCs w:val="24"/>
        </w:rPr>
        <w:t>Asset 1</w:t>
      </w:r>
      <w:r w:rsidR="006D166C">
        <w:rPr>
          <w:rFonts w:asciiTheme="majorHAnsi" w:hAnsiTheme="majorHAnsi" w:cstheme="majorHAnsi"/>
          <w:sz w:val="24"/>
          <w:szCs w:val="24"/>
        </w:rPr>
        <w:t xml:space="preserve"> - </w:t>
      </w:r>
    </w:p>
    <w:p w14:paraId="2B46E3CF" w14:textId="38B382F0" w:rsidR="00EC388E" w:rsidRPr="00EC388E" w:rsidRDefault="00EC388E" w:rsidP="00EC388E">
      <w:pPr>
        <w:pStyle w:val="ListParagraph"/>
        <w:numPr>
          <w:ilvl w:val="0"/>
          <w:numId w:val="10"/>
        </w:numPr>
        <w:rPr>
          <w:rFonts w:asciiTheme="majorHAnsi" w:hAnsiTheme="majorHAnsi" w:cstheme="majorHAnsi"/>
          <w:sz w:val="24"/>
          <w:szCs w:val="24"/>
        </w:rPr>
      </w:pPr>
      <w:r w:rsidRPr="00EC388E">
        <w:rPr>
          <w:rFonts w:asciiTheme="majorHAnsi" w:hAnsiTheme="majorHAnsi" w:cstheme="majorHAnsi"/>
          <w:sz w:val="24"/>
          <w:szCs w:val="24"/>
        </w:rPr>
        <w:t>Asset 2</w:t>
      </w:r>
      <w:r w:rsidR="006D166C">
        <w:rPr>
          <w:rFonts w:asciiTheme="majorHAnsi" w:hAnsiTheme="majorHAnsi" w:cstheme="majorHAnsi"/>
          <w:sz w:val="24"/>
          <w:szCs w:val="24"/>
        </w:rPr>
        <w:t xml:space="preserve"> - </w:t>
      </w:r>
    </w:p>
    <w:p w14:paraId="1786BF4C" w14:textId="44815FCD" w:rsidR="00EC388E" w:rsidRPr="00EC388E" w:rsidRDefault="00EC388E" w:rsidP="00EC388E">
      <w:pPr>
        <w:pStyle w:val="ListParagraph"/>
        <w:numPr>
          <w:ilvl w:val="0"/>
          <w:numId w:val="10"/>
        </w:numPr>
        <w:rPr>
          <w:rFonts w:asciiTheme="majorHAnsi" w:hAnsiTheme="majorHAnsi" w:cstheme="majorHAnsi"/>
          <w:sz w:val="24"/>
          <w:szCs w:val="24"/>
        </w:rPr>
      </w:pPr>
      <w:r w:rsidRPr="00EC388E">
        <w:rPr>
          <w:rFonts w:asciiTheme="majorHAnsi" w:hAnsiTheme="majorHAnsi" w:cstheme="majorHAnsi"/>
          <w:sz w:val="24"/>
          <w:szCs w:val="24"/>
        </w:rPr>
        <w:t xml:space="preserve">Asset 3 </w:t>
      </w:r>
      <w:r w:rsidR="006D166C">
        <w:rPr>
          <w:rFonts w:asciiTheme="majorHAnsi" w:hAnsiTheme="majorHAnsi" w:cstheme="majorHAnsi"/>
          <w:sz w:val="24"/>
          <w:szCs w:val="24"/>
        </w:rPr>
        <w:t xml:space="preserve">- </w:t>
      </w:r>
    </w:p>
    <w:p w14:paraId="5BDF1DE8" w14:textId="69AA065C" w:rsidR="00A15333" w:rsidRPr="00A477E4" w:rsidRDefault="00EC388E">
      <w:pPr>
        <w:pStyle w:val="Heading2"/>
        <w:rPr>
          <w:rFonts w:cstheme="majorHAnsi"/>
          <w:sz w:val="22"/>
          <w:szCs w:val="22"/>
        </w:rPr>
      </w:pPr>
      <w:r>
        <w:rPr>
          <w:rFonts w:cstheme="majorHAnsi"/>
          <w:sz w:val="22"/>
          <w:szCs w:val="22"/>
        </w:rPr>
        <w:t xml:space="preserve">Asset Details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99"/>
        <w:gridCol w:w="1112"/>
        <w:gridCol w:w="1112"/>
        <w:gridCol w:w="1168"/>
        <w:gridCol w:w="2822"/>
      </w:tblGrid>
      <w:tr w:rsidR="00F33C67" w:rsidRPr="00A477E4" w14:paraId="19EF5468" w14:textId="77777777" w:rsidTr="00F33C67">
        <w:tc>
          <w:tcPr>
            <w:tcW w:w="2399" w:type="dxa"/>
          </w:tcPr>
          <w:p w14:paraId="198B31EA" w14:textId="77777777" w:rsidR="00F33C67" w:rsidRPr="001C49CC" w:rsidRDefault="00F33C67">
            <w:pPr>
              <w:rPr>
                <w:rFonts w:asciiTheme="majorHAnsi" w:hAnsiTheme="majorHAnsi" w:cstheme="majorHAnsi"/>
                <w:b/>
                <w:bCs/>
              </w:rPr>
            </w:pPr>
            <w:r w:rsidRPr="001C49CC">
              <w:rPr>
                <w:rFonts w:asciiTheme="majorHAnsi" w:hAnsiTheme="majorHAnsi" w:cstheme="majorHAnsi"/>
                <w:b/>
                <w:bCs/>
              </w:rPr>
              <w:t>Item</w:t>
            </w:r>
          </w:p>
        </w:tc>
        <w:tc>
          <w:tcPr>
            <w:tcW w:w="1112" w:type="dxa"/>
          </w:tcPr>
          <w:p w14:paraId="5F7C8275" w14:textId="77777777" w:rsidR="00F33C67" w:rsidRDefault="00F33C67" w:rsidP="00F33C67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Asset 1</w:t>
            </w:r>
          </w:p>
          <w:p w14:paraId="46A5B525" w14:textId="77777777" w:rsidR="00F33C67" w:rsidRDefault="00F33C67" w:rsidP="00F33C67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(</w:t>
            </w:r>
            <w:r w:rsidRPr="001C49CC">
              <w:rPr>
                <w:rFonts w:asciiTheme="majorHAnsi" w:hAnsiTheme="majorHAnsi" w:cstheme="majorHAnsi"/>
                <w:b/>
                <w:bCs/>
              </w:rPr>
              <w:t>Yes/No</w:t>
            </w:r>
          </w:p>
          <w:p w14:paraId="7EDCC4FF" w14:textId="5E2322D5" w:rsidR="00F33C67" w:rsidRPr="001C49CC" w:rsidRDefault="00F33C67" w:rsidP="00F33C67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N/A)</w:t>
            </w:r>
          </w:p>
        </w:tc>
        <w:tc>
          <w:tcPr>
            <w:tcW w:w="1112" w:type="dxa"/>
          </w:tcPr>
          <w:p w14:paraId="1B86D482" w14:textId="77777777" w:rsidR="00F33C67" w:rsidRDefault="00F33C67" w:rsidP="00F33C67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Asset 2</w:t>
            </w:r>
          </w:p>
          <w:p w14:paraId="1E93400B" w14:textId="77777777" w:rsidR="00F33C67" w:rsidRDefault="00F33C67" w:rsidP="00F33C67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(</w:t>
            </w:r>
            <w:r w:rsidRPr="001C49CC">
              <w:rPr>
                <w:rFonts w:asciiTheme="majorHAnsi" w:hAnsiTheme="majorHAnsi" w:cstheme="majorHAnsi"/>
                <w:b/>
                <w:bCs/>
              </w:rPr>
              <w:t>Yes/No</w:t>
            </w:r>
          </w:p>
          <w:p w14:paraId="767E5A47" w14:textId="120C9E0C" w:rsidR="00F33C67" w:rsidRPr="001C49CC" w:rsidRDefault="00F33C67" w:rsidP="00F33C67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N/A)</w:t>
            </w:r>
          </w:p>
        </w:tc>
        <w:tc>
          <w:tcPr>
            <w:tcW w:w="1168" w:type="dxa"/>
          </w:tcPr>
          <w:p w14:paraId="46509B11" w14:textId="77777777" w:rsidR="00F33C67" w:rsidRDefault="00F33C67" w:rsidP="00F33C67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Asset 3</w:t>
            </w:r>
          </w:p>
          <w:p w14:paraId="1D59B744" w14:textId="77777777" w:rsidR="00F33C67" w:rsidRDefault="00F33C67" w:rsidP="00F33C67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(</w:t>
            </w:r>
            <w:r w:rsidRPr="001C49CC">
              <w:rPr>
                <w:rFonts w:asciiTheme="majorHAnsi" w:hAnsiTheme="majorHAnsi" w:cstheme="majorHAnsi"/>
                <w:b/>
                <w:bCs/>
              </w:rPr>
              <w:t>Yes/No</w:t>
            </w:r>
          </w:p>
          <w:p w14:paraId="030D886D" w14:textId="15D86840" w:rsidR="00F33C67" w:rsidRPr="001C49CC" w:rsidRDefault="00F33C67" w:rsidP="00F33C67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N/A)</w:t>
            </w:r>
          </w:p>
        </w:tc>
        <w:tc>
          <w:tcPr>
            <w:tcW w:w="2822" w:type="dxa"/>
          </w:tcPr>
          <w:p w14:paraId="72B4B777" w14:textId="77777777" w:rsidR="00F33C67" w:rsidRPr="001C49CC" w:rsidRDefault="00F33C67" w:rsidP="00F33C67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1C49CC">
              <w:rPr>
                <w:rFonts w:asciiTheme="majorHAnsi" w:hAnsiTheme="majorHAnsi" w:cstheme="majorHAnsi"/>
                <w:b/>
                <w:bCs/>
              </w:rPr>
              <w:t>Comments</w:t>
            </w:r>
          </w:p>
        </w:tc>
      </w:tr>
      <w:tr w:rsidR="00F33C67" w:rsidRPr="00A477E4" w14:paraId="22BE38E1" w14:textId="77777777" w:rsidTr="00F33C67">
        <w:tc>
          <w:tcPr>
            <w:tcW w:w="2399" w:type="dxa"/>
          </w:tcPr>
          <w:p w14:paraId="0D85DD25" w14:textId="512DE970" w:rsidR="00F33C67" w:rsidRPr="00A477E4" w:rsidRDefault="00F33C67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Unique asset ID assigned to each asset</w:t>
            </w:r>
          </w:p>
        </w:tc>
        <w:tc>
          <w:tcPr>
            <w:tcW w:w="1112" w:type="dxa"/>
          </w:tcPr>
          <w:p w14:paraId="6A9C80A9" w14:textId="77777777" w:rsidR="00F33C67" w:rsidRPr="00A477E4" w:rsidRDefault="00F33C6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112" w:type="dxa"/>
          </w:tcPr>
          <w:p w14:paraId="1100C0A5" w14:textId="77777777" w:rsidR="00F33C67" w:rsidRPr="00A477E4" w:rsidRDefault="00F33C6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168" w:type="dxa"/>
          </w:tcPr>
          <w:p w14:paraId="1DFFA2D5" w14:textId="77777777" w:rsidR="00F33C67" w:rsidRPr="00A477E4" w:rsidRDefault="00F33C6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822" w:type="dxa"/>
          </w:tcPr>
          <w:p w14:paraId="7CFA2083" w14:textId="77777777" w:rsidR="00F33C67" w:rsidRPr="00A477E4" w:rsidRDefault="00F33C67">
            <w:pPr>
              <w:rPr>
                <w:rFonts w:asciiTheme="majorHAnsi" w:hAnsiTheme="majorHAnsi" w:cstheme="majorHAnsi"/>
              </w:rPr>
            </w:pPr>
          </w:p>
        </w:tc>
      </w:tr>
      <w:tr w:rsidR="00F33C67" w:rsidRPr="00A477E4" w14:paraId="1C425543" w14:textId="77777777" w:rsidTr="00F33C67">
        <w:tc>
          <w:tcPr>
            <w:tcW w:w="2399" w:type="dxa"/>
          </w:tcPr>
          <w:p w14:paraId="7698C9CE" w14:textId="395F39EF" w:rsidR="00F33C67" w:rsidRPr="00A477E4" w:rsidRDefault="00E642BD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Type of</w:t>
            </w:r>
            <w:r w:rsidR="00F33C67">
              <w:rPr>
                <w:rFonts w:asciiTheme="majorHAnsi" w:hAnsiTheme="majorHAnsi" w:cstheme="majorHAnsi"/>
              </w:rPr>
              <w:t xml:space="preserve"> asset is clearly recorded</w:t>
            </w:r>
          </w:p>
        </w:tc>
        <w:tc>
          <w:tcPr>
            <w:tcW w:w="1112" w:type="dxa"/>
          </w:tcPr>
          <w:p w14:paraId="2C42FEAB" w14:textId="77777777" w:rsidR="00F33C67" w:rsidRPr="00A477E4" w:rsidRDefault="00F33C6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112" w:type="dxa"/>
          </w:tcPr>
          <w:p w14:paraId="2130A24A" w14:textId="77777777" w:rsidR="00F33C67" w:rsidRPr="00A477E4" w:rsidRDefault="00F33C6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168" w:type="dxa"/>
          </w:tcPr>
          <w:p w14:paraId="3FC57FA1" w14:textId="77777777" w:rsidR="00F33C67" w:rsidRPr="00A477E4" w:rsidRDefault="00F33C6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822" w:type="dxa"/>
          </w:tcPr>
          <w:p w14:paraId="5D22D496" w14:textId="77777777" w:rsidR="00F33C67" w:rsidRPr="00A477E4" w:rsidRDefault="00F33C67">
            <w:pPr>
              <w:rPr>
                <w:rFonts w:asciiTheme="majorHAnsi" w:hAnsiTheme="majorHAnsi" w:cstheme="majorHAnsi"/>
              </w:rPr>
            </w:pPr>
          </w:p>
        </w:tc>
      </w:tr>
      <w:tr w:rsidR="00F33C67" w:rsidRPr="00A477E4" w14:paraId="5048A8CA" w14:textId="77777777" w:rsidTr="00F33C67">
        <w:tc>
          <w:tcPr>
            <w:tcW w:w="2399" w:type="dxa"/>
          </w:tcPr>
          <w:p w14:paraId="460B70AF" w14:textId="64501652" w:rsidR="00F33C67" w:rsidRPr="00A477E4" w:rsidRDefault="00F33C67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Location of asset</w:t>
            </w:r>
            <w:r w:rsidR="009906AB">
              <w:rPr>
                <w:rFonts w:asciiTheme="majorHAnsi" w:hAnsiTheme="majorHAnsi" w:cstheme="majorHAnsi"/>
              </w:rPr>
              <w:t xml:space="preserve"> is</w:t>
            </w:r>
            <w:r>
              <w:rPr>
                <w:rFonts w:asciiTheme="majorHAnsi" w:hAnsiTheme="majorHAnsi" w:cstheme="majorHAnsi"/>
              </w:rPr>
              <w:t xml:space="preserve"> listed </w:t>
            </w:r>
          </w:p>
        </w:tc>
        <w:tc>
          <w:tcPr>
            <w:tcW w:w="1112" w:type="dxa"/>
          </w:tcPr>
          <w:p w14:paraId="557AD4CC" w14:textId="77777777" w:rsidR="00F33C67" w:rsidRPr="00A477E4" w:rsidRDefault="00F33C6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112" w:type="dxa"/>
          </w:tcPr>
          <w:p w14:paraId="64426A1A" w14:textId="77777777" w:rsidR="00F33C67" w:rsidRPr="00A477E4" w:rsidRDefault="00F33C6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168" w:type="dxa"/>
          </w:tcPr>
          <w:p w14:paraId="0C2FC8EF" w14:textId="77777777" w:rsidR="00F33C67" w:rsidRPr="00A477E4" w:rsidRDefault="00F33C6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822" w:type="dxa"/>
          </w:tcPr>
          <w:p w14:paraId="432DD4C7" w14:textId="77777777" w:rsidR="00F33C67" w:rsidRPr="00A477E4" w:rsidRDefault="00F33C67">
            <w:pPr>
              <w:rPr>
                <w:rFonts w:asciiTheme="majorHAnsi" w:hAnsiTheme="majorHAnsi" w:cstheme="majorHAnsi"/>
              </w:rPr>
            </w:pPr>
          </w:p>
        </w:tc>
      </w:tr>
      <w:tr w:rsidR="00F33C67" w:rsidRPr="00A477E4" w14:paraId="2637564C" w14:textId="77777777" w:rsidTr="00F33C67">
        <w:tc>
          <w:tcPr>
            <w:tcW w:w="2399" w:type="dxa"/>
          </w:tcPr>
          <w:p w14:paraId="0E8026B3" w14:textId="0553F5DF" w:rsidR="00F33C67" w:rsidRPr="00A477E4" w:rsidRDefault="00F33C67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Assigned user/department is listed </w:t>
            </w:r>
          </w:p>
        </w:tc>
        <w:tc>
          <w:tcPr>
            <w:tcW w:w="1112" w:type="dxa"/>
          </w:tcPr>
          <w:p w14:paraId="467D9632" w14:textId="77777777" w:rsidR="00F33C67" w:rsidRPr="00A477E4" w:rsidRDefault="00F33C6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112" w:type="dxa"/>
          </w:tcPr>
          <w:p w14:paraId="5AF7D387" w14:textId="77777777" w:rsidR="00F33C67" w:rsidRPr="00A477E4" w:rsidRDefault="00F33C6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168" w:type="dxa"/>
          </w:tcPr>
          <w:p w14:paraId="427EB4FC" w14:textId="77777777" w:rsidR="00F33C67" w:rsidRPr="00A477E4" w:rsidRDefault="00F33C6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822" w:type="dxa"/>
          </w:tcPr>
          <w:p w14:paraId="32028865" w14:textId="77777777" w:rsidR="00F33C67" w:rsidRPr="00A477E4" w:rsidRDefault="00F33C67">
            <w:pPr>
              <w:rPr>
                <w:rFonts w:asciiTheme="majorHAnsi" w:hAnsiTheme="majorHAnsi" w:cstheme="majorHAnsi"/>
              </w:rPr>
            </w:pPr>
          </w:p>
        </w:tc>
      </w:tr>
      <w:tr w:rsidR="005520B2" w:rsidRPr="00A477E4" w14:paraId="3E30A8FA" w14:textId="77777777" w:rsidTr="00F33C67">
        <w:tc>
          <w:tcPr>
            <w:tcW w:w="2399" w:type="dxa"/>
          </w:tcPr>
          <w:p w14:paraId="60F3DA35" w14:textId="6F8B14E2" w:rsidR="005520B2" w:rsidRDefault="005520B2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Asset Status (Active, </w:t>
            </w:r>
            <w:r>
              <w:rPr>
                <w:rFonts w:asciiTheme="majorHAnsi" w:hAnsiTheme="majorHAnsi" w:cstheme="majorHAnsi"/>
              </w:rPr>
              <w:lastRenderedPageBreak/>
              <w:t>retired, disposed)</w:t>
            </w:r>
          </w:p>
        </w:tc>
        <w:tc>
          <w:tcPr>
            <w:tcW w:w="1112" w:type="dxa"/>
          </w:tcPr>
          <w:p w14:paraId="06071872" w14:textId="77777777" w:rsidR="005520B2" w:rsidRPr="00A477E4" w:rsidRDefault="005520B2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112" w:type="dxa"/>
          </w:tcPr>
          <w:p w14:paraId="5941842F" w14:textId="77777777" w:rsidR="005520B2" w:rsidRPr="00A477E4" w:rsidRDefault="005520B2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168" w:type="dxa"/>
          </w:tcPr>
          <w:p w14:paraId="4178F6CF" w14:textId="77777777" w:rsidR="005520B2" w:rsidRPr="00A477E4" w:rsidRDefault="005520B2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822" w:type="dxa"/>
          </w:tcPr>
          <w:p w14:paraId="58A14714" w14:textId="77777777" w:rsidR="005520B2" w:rsidRPr="00A477E4" w:rsidRDefault="005520B2">
            <w:pPr>
              <w:rPr>
                <w:rFonts w:asciiTheme="majorHAnsi" w:hAnsiTheme="majorHAnsi" w:cstheme="majorHAnsi"/>
              </w:rPr>
            </w:pPr>
          </w:p>
        </w:tc>
      </w:tr>
    </w:tbl>
    <w:p w14:paraId="33F65FA7" w14:textId="68F50F46" w:rsidR="00A15333" w:rsidRPr="00A477E4" w:rsidRDefault="00015D90">
      <w:pPr>
        <w:pStyle w:val="Heading2"/>
        <w:rPr>
          <w:rFonts w:cstheme="majorHAnsi"/>
          <w:sz w:val="22"/>
          <w:szCs w:val="22"/>
        </w:rPr>
      </w:pPr>
      <w:r>
        <w:rPr>
          <w:rFonts w:cstheme="majorHAnsi"/>
          <w:sz w:val="22"/>
          <w:szCs w:val="22"/>
        </w:rPr>
        <w:t>Finance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76"/>
        <w:gridCol w:w="1134"/>
        <w:gridCol w:w="1134"/>
        <w:gridCol w:w="1134"/>
        <w:gridCol w:w="3078"/>
      </w:tblGrid>
      <w:tr w:rsidR="00015D90" w:rsidRPr="00A477E4" w14:paraId="0D023EB1" w14:textId="77777777" w:rsidTr="00015D90">
        <w:tc>
          <w:tcPr>
            <w:tcW w:w="2376" w:type="dxa"/>
          </w:tcPr>
          <w:p w14:paraId="0DC04C6F" w14:textId="77777777" w:rsidR="00015D90" w:rsidRPr="001C49CC" w:rsidRDefault="00015D90">
            <w:pPr>
              <w:rPr>
                <w:rFonts w:asciiTheme="majorHAnsi" w:hAnsiTheme="majorHAnsi" w:cstheme="majorHAnsi"/>
                <w:b/>
                <w:bCs/>
              </w:rPr>
            </w:pPr>
            <w:r w:rsidRPr="001C49CC">
              <w:rPr>
                <w:rFonts w:asciiTheme="majorHAnsi" w:hAnsiTheme="majorHAnsi" w:cstheme="majorHAnsi"/>
                <w:b/>
                <w:bCs/>
              </w:rPr>
              <w:t>Item</w:t>
            </w:r>
          </w:p>
        </w:tc>
        <w:tc>
          <w:tcPr>
            <w:tcW w:w="1134" w:type="dxa"/>
          </w:tcPr>
          <w:p w14:paraId="0EFD54EA" w14:textId="77777777" w:rsidR="00015D90" w:rsidRDefault="00015D90" w:rsidP="00015D90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Asset 1</w:t>
            </w:r>
          </w:p>
          <w:p w14:paraId="27AF5BE4" w14:textId="77777777" w:rsidR="00015D90" w:rsidRDefault="00015D90" w:rsidP="00015D90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(</w:t>
            </w:r>
            <w:r w:rsidRPr="001C49CC">
              <w:rPr>
                <w:rFonts w:asciiTheme="majorHAnsi" w:hAnsiTheme="majorHAnsi" w:cstheme="majorHAnsi"/>
                <w:b/>
                <w:bCs/>
              </w:rPr>
              <w:t>Yes/No</w:t>
            </w:r>
          </w:p>
          <w:p w14:paraId="31E3ECE8" w14:textId="0D650D3A" w:rsidR="00015D90" w:rsidRPr="001C49CC" w:rsidRDefault="00015D90" w:rsidP="00015D90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N/A)</w:t>
            </w:r>
          </w:p>
        </w:tc>
        <w:tc>
          <w:tcPr>
            <w:tcW w:w="1134" w:type="dxa"/>
          </w:tcPr>
          <w:p w14:paraId="1F63C95A" w14:textId="77777777" w:rsidR="00015D90" w:rsidRDefault="00015D90" w:rsidP="00015D90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Asset 2</w:t>
            </w:r>
          </w:p>
          <w:p w14:paraId="52303386" w14:textId="77777777" w:rsidR="00015D90" w:rsidRDefault="00015D90" w:rsidP="00015D90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(</w:t>
            </w:r>
            <w:r w:rsidRPr="001C49CC">
              <w:rPr>
                <w:rFonts w:asciiTheme="majorHAnsi" w:hAnsiTheme="majorHAnsi" w:cstheme="majorHAnsi"/>
                <w:b/>
                <w:bCs/>
              </w:rPr>
              <w:t>Yes/No</w:t>
            </w:r>
          </w:p>
          <w:p w14:paraId="10045661" w14:textId="1E356D81" w:rsidR="00015D90" w:rsidRPr="001C49CC" w:rsidRDefault="00015D90" w:rsidP="00015D90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N/A)</w:t>
            </w:r>
          </w:p>
        </w:tc>
        <w:tc>
          <w:tcPr>
            <w:tcW w:w="1134" w:type="dxa"/>
          </w:tcPr>
          <w:p w14:paraId="289C4E97" w14:textId="77777777" w:rsidR="00015D90" w:rsidRDefault="00015D90" w:rsidP="00015D90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Asset 3</w:t>
            </w:r>
          </w:p>
          <w:p w14:paraId="0F7FB99F" w14:textId="77777777" w:rsidR="00015D90" w:rsidRDefault="00015D90" w:rsidP="00015D90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(</w:t>
            </w:r>
            <w:r w:rsidRPr="001C49CC">
              <w:rPr>
                <w:rFonts w:asciiTheme="majorHAnsi" w:hAnsiTheme="majorHAnsi" w:cstheme="majorHAnsi"/>
                <w:b/>
                <w:bCs/>
              </w:rPr>
              <w:t>Yes/No</w:t>
            </w:r>
          </w:p>
          <w:p w14:paraId="2540EBBC" w14:textId="3200B62B" w:rsidR="00015D90" w:rsidRPr="001C49CC" w:rsidRDefault="00015D90" w:rsidP="00015D90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N/A)</w:t>
            </w:r>
          </w:p>
        </w:tc>
        <w:tc>
          <w:tcPr>
            <w:tcW w:w="3078" w:type="dxa"/>
          </w:tcPr>
          <w:p w14:paraId="46A0419F" w14:textId="77777777" w:rsidR="00015D90" w:rsidRPr="001C49CC" w:rsidRDefault="00015D90" w:rsidP="00015D90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1C49CC">
              <w:rPr>
                <w:rFonts w:asciiTheme="majorHAnsi" w:hAnsiTheme="majorHAnsi" w:cstheme="majorHAnsi"/>
                <w:b/>
                <w:bCs/>
              </w:rPr>
              <w:t>Comments</w:t>
            </w:r>
          </w:p>
        </w:tc>
      </w:tr>
      <w:tr w:rsidR="00015D90" w:rsidRPr="00A477E4" w14:paraId="1D9168D5" w14:textId="77777777" w:rsidTr="00015D90">
        <w:tc>
          <w:tcPr>
            <w:tcW w:w="2376" w:type="dxa"/>
          </w:tcPr>
          <w:p w14:paraId="2A2BBC2E" w14:textId="4460354D" w:rsidR="00015D90" w:rsidRPr="00A477E4" w:rsidRDefault="00015D90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Purchase/Acquisition Date</w:t>
            </w:r>
          </w:p>
        </w:tc>
        <w:tc>
          <w:tcPr>
            <w:tcW w:w="1134" w:type="dxa"/>
          </w:tcPr>
          <w:p w14:paraId="641A4AB4" w14:textId="77777777" w:rsidR="00015D90" w:rsidRPr="00A477E4" w:rsidRDefault="00015D9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134" w:type="dxa"/>
          </w:tcPr>
          <w:p w14:paraId="5FB0D61F" w14:textId="77777777" w:rsidR="00015D90" w:rsidRPr="00A477E4" w:rsidRDefault="00015D9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134" w:type="dxa"/>
          </w:tcPr>
          <w:p w14:paraId="6ADF0D2C" w14:textId="23508C12" w:rsidR="00015D90" w:rsidRPr="00A477E4" w:rsidRDefault="00015D9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078" w:type="dxa"/>
          </w:tcPr>
          <w:p w14:paraId="0A09305F" w14:textId="77777777" w:rsidR="00015D90" w:rsidRPr="00A477E4" w:rsidRDefault="00015D90">
            <w:pPr>
              <w:rPr>
                <w:rFonts w:asciiTheme="majorHAnsi" w:hAnsiTheme="majorHAnsi" w:cstheme="majorHAnsi"/>
              </w:rPr>
            </w:pPr>
          </w:p>
        </w:tc>
      </w:tr>
      <w:tr w:rsidR="00015D90" w:rsidRPr="00A477E4" w14:paraId="05E89CAA" w14:textId="77777777" w:rsidTr="00015D90">
        <w:tc>
          <w:tcPr>
            <w:tcW w:w="2376" w:type="dxa"/>
          </w:tcPr>
          <w:p w14:paraId="6E6F6F52" w14:textId="2331CC3B" w:rsidR="00015D90" w:rsidRPr="00A477E4" w:rsidRDefault="004B67D0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Is it clear if the asset is owned or loaned? </w:t>
            </w:r>
          </w:p>
        </w:tc>
        <w:tc>
          <w:tcPr>
            <w:tcW w:w="1134" w:type="dxa"/>
          </w:tcPr>
          <w:p w14:paraId="033453DC" w14:textId="77777777" w:rsidR="00015D90" w:rsidRPr="00A477E4" w:rsidRDefault="00015D9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134" w:type="dxa"/>
          </w:tcPr>
          <w:p w14:paraId="0981CC8F" w14:textId="77777777" w:rsidR="00015D90" w:rsidRPr="00A477E4" w:rsidRDefault="00015D9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134" w:type="dxa"/>
          </w:tcPr>
          <w:p w14:paraId="440E829E" w14:textId="0DB566C5" w:rsidR="00015D90" w:rsidRPr="00A477E4" w:rsidRDefault="00015D9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078" w:type="dxa"/>
          </w:tcPr>
          <w:p w14:paraId="7BB5BB8A" w14:textId="77777777" w:rsidR="00015D90" w:rsidRPr="00A477E4" w:rsidRDefault="00015D90">
            <w:pPr>
              <w:rPr>
                <w:rFonts w:asciiTheme="majorHAnsi" w:hAnsiTheme="majorHAnsi" w:cstheme="majorHAnsi"/>
              </w:rPr>
            </w:pPr>
          </w:p>
        </w:tc>
      </w:tr>
      <w:tr w:rsidR="00813D32" w:rsidRPr="00A477E4" w14:paraId="64C0F9AA" w14:textId="77777777" w:rsidTr="00015D90">
        <w:tc>
          <w:tcPr>
            <w:tcW w:w="2376" w:type="dxa"/>
          </w:tcPr>
          <w:p w14:paraId="2FBB52B6" w14:textId="2FD363F0" w:rsidR="00813D32" w:rsidRDefault="00813D32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Are ownership documents available?</w:t>
            </w:r>
          </w:p>
        </w:tc>
        <w:tc>
          <w:tcPr>
            <w:tcW w:w="1134" w:type="dxa"/>
          </w:tcPr>
          <w:p w14:paraId="4060CE88" w14:textId="77777777" w:rsidR="00813D32" w:rsidRPr="00A477E4" w:rsidRDefault="00813D32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134" w:type="dxa"/>
          </w:tcPr>
          <w:p w14:paraId="5CE01D02" w14:textId="77777777" w:rsidR="00813D32" w:rsidRPr="00A477E4" w:rsidRDefault="00813D32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134" w:type="dxa"/>
          </w:tcPr>
          <w:p w14:paraId="1CC5BB42" w14:textId="77777777" w:rsidR="00813D32" w:rsidRPr="00A477E4" w:rsidRDefault="00813D32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078" w:type="dxa"/>
          </w:tcPr>
          <w:p w14:paraId="68AD8B2C" w14:textId="77777777" w:rsidR="00813D32" w:rsidRPr="00A477E4" w:rsidRDefault="00813D32">
            <w:pPr>
              <w:rPr>
                <w:rFonts w:asciiTheme="majorHAnsi" w:hAnsiTheme="majorHAnsi" w:cstheme="majorHAnsi"/>
              </w:rPr>
            </w:pPr>
          </w:p>
        </w:tc>
      </w:tr>
      <w:tr w:rsidR="00015D90" w:rsidRPr="00A477E4" w14:paraId="3B3B69FE" w14:textId="77777777" w:rsidTr="00015D90">
        <w:tc>
          <w:tcPr>
            <w:tcW w:w="2376" w:type="dxa"/>
          </w:tcPr>
          <w:p w14:paraId="47CEDF3A" w14:textId="1BEBCF57" w:rsidR="00015D90" w:rsidRPr="00A477E4" w:rsidRDefault="00304E79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Supplier/vendor details </w:t>
            </w:r>
          </w:p>
        </w:tc>
        <w:tc>
          <w:tcPr>
            <w:tcW w:w="1134" w:type="dxa"/>
          </w:tcPr>
          <w:p w14:paraId="5A5D9A6F" w14:textId="77777777" w:rsidR="00015D90" w:rsidRPr="00A477E4" w:rsidRDefault="00015D9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134" w:type="dxa"/>
          </w:tcPr>
          <w:p w14:paraId="53FA7F3F" w14:textId="77777777" w:rsidR="00015D90" w:rsidRPr="00A477E4" w:rsidRDefault="00015D9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134" w:type="dxa"/>
          </w:tcPr>
          <w:p w14:paraId="66569A1F" w14:textId="2659B410" w:rsidR="00015D90" w:rsidRPr="00A477E4" w:rsidRDefault="00015D9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078" w:type="dxa"/>
          </w:tcPr>
          <w:p w14:paraId="2363803D" w14:textId="77777777" w:rsidR="00015D90" w:rsidRPr="00A477E4" w:rsidRDefault="00015D90">
            <w:pPr>
              <w:rPr>
                <w:rFonts w:asciiTheme="majorHAnsi" w:hAnsiTheme="majorHAnsi" w:cstheme="majorHAnsi"/>
              </w:rPr>
            </w:pPr>
          </w:p>
        </w:tc>
      </w:tr>
      <w:tr w:rsidR="00015D90" w:rsidRPr="00A477E4" w14:paraId="41DD4CEB" w14:textId="77777777" w:rsidTr="00015D90">
        <w:tc>
          <w:tcPr>
            <w:tcW w:w="2376" w:type="dxa"/>
          </w:tcPr>
          <w:p w14:paraId="715E1A33" w14:textId="3945B922" w:rsidR="00015D90" w:rsidRPr="00A477E4" w:rsidRDefault="00AC5E8E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Warranty/Maintenance agreement in place </w:t>
            </w:r>
          </w:p>
        </w:tc>
        <w:tc>
          <w:tcPr>
            <w:tcW w:w="1134" w:type="dxa"/>
          </w:tcPr>
          <w:p w14:paraId="239AF51F" w14:textId="77777777" w:rsidR="00015D90" w:rsidRPr="00A477E4" w:rsidRDefault="00015D9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134" w:type="dxa"/>
          </w:tcPr>
          <w:p w14:paraId="0ABA608F" w14:textId="77777777" w:rsidR="00015D90" w:rsidRPr="00A477E4" w:rsidRDefault="00015D9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134" w:type="dxa"/>
          </w:tcPr>
          <w:p w14:paraId="42200A11" w14:textId="54B7A0A6" w:rsidR="00015D90" w:rsidRPr="00A477E4" w:rsidRDefault="00015D9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078" w:type="dxa"/>
          </w:tcPr>
          <w:p w14:paraId="622F0B9C" w14:textId="77777777" w:rsidR="00015D90" w:rsidRPr="00A477E4" w:rsidRDefault="00015D90">
            <w:pPr>
              <w:rPr>
                <w:rFonts w:asciiTheme="majorHAnsi" w:hAnsiTheme="majorHAnsi" w:cstheme="majorHAnsi"/>
              </w:rPr>
            </w:pPr>
          </w:p>
        </w:tc>
      </w:tr>
    </w:tbl>
    <w:p w14:paraId="61DCA6C4" w14:textId="0B5F5D6F" w:rsidR="00A15333" w:rsidRPr="00A477E4" w:rsidRDefault="00AC5E8E">
      <w:pPr>
        <w:pStyle w:val="Heading2"/>
        <w:rPr>
          <w:rFonts w:cstheme="majorHAnsi"/>
          <w:sz w:val="22"/>
          <w:szCs w:val="22"/>
        </w:rPr>
      </w:pPr>
      <w:r>
        <w:rPr>
          <w:rFonts w:cstheme="majorHAnsi"/>
          <w:sz w:val="22"/>
          <w:szCs w:val="22"/>
        </w:rPr>
        <w:t>Physical Verification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25"/>
        <w:gridCol w:w="1130"/>
        <w:gridCol w:w="1130"/>
        <w:gridCol w:w="1130"/>
        <w:gridCol w:w="3041"/>
      </w:tblGrid>
      <w:tr w:rsidR="00265315" w:rsidRPr="00A477E4" w14:paraId="66E6180C" w14:textId="77777777" w:rsidTr="00265315">
        <w:tc>
          <w:tcPr>
            <w:tcW w:w="2376" w:type="dxa"/>
          </w:tcPr>
          <w:p w14:paraId="68F68D69" w14:textId="77777777" w:rsidR="00265315" w:rsidRPr="000B5390" w:rsidRDefault="00265315" w:rsidP="00265315">
            <w:pPr>
              <w:rPr>
                <w:rFonts w:asciiTheme="majorHAnsi" w:hAnsiTheme="majorHAnsi" w:cstheme="majorHAnsi"/>
                <w:b/>
                <w:bCs/>
              </w:rPr>
            </w:pPr>
            <w:r w:rsidRPr="000B5390">
              <w:rPr>
                <w:rFonts w:asciiTheme="majorHAnsi" w:hAnsiTheme="majorHAnsi" w:cstheme="majorHAnsi"/>
                <w:b/>
                <w:bCs/>
              </w:rPr>
              <w:t>Item</w:t>
            </w:r>
          </w:p>
        </w:tc>
        <w:tc>
          <w:tcPr>
            <w:tcW w:w="1134" w:type="dxa"/>
          </w:tcPr>
          <w:p w14:paraId="4BDAAD29" w14:textId="77777777" w:rsidR="00265315" w:rsidRDefault="00265315" w:rsidP="00265315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Asset 1</w:t>
            </w:r>
          </w:p>
          <w:p w14:paraId="1F31DCC2" w14:textId="77777777" w:rsidR="00265315" w:rsidRDefault="00265315" w:rsidP="00265315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(</w:t>
            </w:r>
            <w:r w:rsidRPr="001C49CC">
              <w:rPr>
                <w:rFonts w:asciiTheme="majorHAnsi" w:hAnsiTheme="majorHAnsi" w:cstheme="majorHAnsi"/>
                <w:b/>
                <w:bCs/>
              </w:rPr>
              <w:t>Yes/No</w:t>
            </w:r>
          </w:p>
          <w:p w14:paraId="2F46F59F" w14:textId="56EEB04E" w:rsidR="00265315" w:rsidRPr="000B5390" w:rsidRDefault="00265315" w:rsidP="00265315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N/A)</w:t>
            </w:r>
          </w:p>
        </w:tc>
        <w:tc>
          <w:tcPr>
            <w:tcW w:w="1134" w:type="dxa"/>
          </w:tcPr>
          <w:p w14:paraId="1DEE7229" w14:textId="77777777" w:rsidR="00265315" w:rsidRDefault="00265315" w:rsidP="00265315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Asset 2</w:t>
            </w:r>
          </w:p>
          <w:p w14:paraId="5F9E4FDB" w14:textId="77777777" w:rsidR="00265315" w:rsidRDefault="00265315" w:rsidP="00265315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(</w:t>
            </w:r>
            <w:r w:rsidRPr="001C49CC">
              <w:rPr>
                <w:rFonts w:asciiTheme="majorHAnsi" w:hAnsiTheme="majorHAnsi" w:cstheme="majorHAnsi"/>
                <w:b/>
                <w:bCs/>
              </w:rPr>
              <w:t>Yes/No</w:t>
            </w:r>
          </w:p>
          <w:p w14:paraId="5049B21F" w14:textId="576A70E7" w:rsidR="00265315" w:rsidRPr="000B5390" w:rsidRDefault="00265315" w:rsidP="00265315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N/A)</w:t>
            </w:r>
          </w:p>
        </w:tc>
        <w:tc>
          <w:tcPr>
            <w:tcW w:w="1134" w:type="dxa"/>
          </w:tcPr>
          <w:p w14:paraId="297A40C9" w14:textId="77777777" w:rsidR="00265315" w:rsidRDefault="00265315" w:rsidP="00265315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Asset 3</w:t>
            </w:r>
          </w:p>
          <w:p w14:paraId="521423F4" w14:textId="77777777" w:rsidR="00265315" w:rsidRDefault="00265315" w:rsidP="00265315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(</w:t>
            </w:r>
            <w:r w:rsidRPr="001C49CC">
              <w:rPr>
                <w:rFonts w:asciiTheme="majorHAnsi" w:hAnsiTheme="majorHAnsi" w:cstheme="majorHAnsi"/>
                <w:b/>
                <w:bCs/>
              </w:rPr>
              <w:t>Yes/No</w:t>
            </w:r>
          </w:p>
          <w:p w14:paraId="559BD7AD" w14:textId="69B425AC" w:rsidR="00265315" w:rsidRPr="000B5390" w:rsidRDefault="00265315" w:rsidP="00265315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N/A)</w:t>
            </w:r>
          </w:p>
        </w:tc>
        <w:tc>
          <w:tcPr>
            <w:tcW w:w="3078" w:type="dxa"/>
          </w:tcPr>
          <w:p w14:paraId="56ADDC37" w14:textId="77777777" w:rsidR="00265315" w:rsidRPr="000B5390" w:rsidRDefault="00265315" w:rsidP="00265315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0B5390">
              <w:rPr>
                <w:rFonts w:asciiTheme="majorHAnsi" w:hAnsiTheme="majorHAnsi" w:cstheme="majorHAnsi"/>
                <w:b/>
                <w:bCs/>
              </w:rPr>
              <w:t>Comments</w:t>
            </w:r>
          </w:p>
        </w:tc>
      </w:tr>
      <w:tr w:rsidR="00265315" w:rsidRPr="00A477E4" w14:paraId="5AB68787" w14:textId="77777777" w:rsidTr="00265315">
        <w:tc>
          <w:tcPr>
            <w:tcW w:w="2376" w:type="dxa"/>
          </w:tcPr>
          <w:p w14:paraId="72C81310" w14:textId="1B5CA50A" w:rsidR="00265315" w:rsidRPr="00A477E4" w:rsidRDefault="00B42AB2" w:rsidP="00265315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Are the assets physically present?</w:t>
            </w:r>
          </w:p>
        </w:tc>
        <w:tc>
          <w:tcPr>
            <w:tcW w:w="1134" w:type="dxa"/>
          </w:tcPr>
          <w:p w14:paraId="19835AC5" w14:textId="77777777" w:rsidR="00265315" w:rsidRPr="00A477E4" w:rsidRDefault="00265315" w:rsidP="00265315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134" w:type="dxa"/>
          </w:tcPr>
          <w:p w14:paraId="5F3DFA2D" w14:textId="77777777" w:rsidR="00265315" w:rsidRPr="00A477E4" w:rsidRDefault="00265315" w:rsidP="00265315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134" w:type="dxa"/>
          </w:tcPr>
          <w:p w14:paraId="00902FCC" w14:textId="33F6AE24" w:rsidR="00265315" w:rsidRPr="00A477E4" w:rsidRDefault="00265315" w:rsidP="00265315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078" w:type="dxa"/>
          </w:tcPr>
          <w:p w14:paraId="368656A3" w14:textId="77777777" w:rsidR="00265315" w:rsidRPr="00A477E4" w:rsidRDefault="00265315" w:rsidP="00265315">
            <w:pPr>
              <w:rPr>
                <w:rFonts w:asciiTheme="majorHAnsi" w:hAnsiTheme="majorHAnsi" w:cstheme="majorHAnsi"/>
              </w:rPr>
            </w:pPr>
          </w:p>
        </w:tc>
      </w:tr>
      <w:tr w:rsidR="00265315" w:rsidRPr="00A477E4" w14:paraId="6AF74353" w14:textId="77777777" w:rsidTr="00265315">
        <w:tc>
          <w:tcPr>
            <w:tcW w:w="2376" w:type="dxa"/>
          </w:tcPr>
          <w:p w14:paraId="277A22F5" w14:textId="4FF153AF" w:rsidR="00265315" w:rsidRPr="00A477E4" w:rsidRDefault="00B42AB2" w:rsidP="00265315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Does the unique asset ID match the one in the register?</w:t>
            </w:r>
          </w:p>
        </w:tc>
        <w:tc>
          <w:tcPr>
            <w:tcW w:w="1134" w:type="dxa"/>
          </w:tcPr>
          <w:p w14:paraId="753C905D" w14:textId="77777777" w:rsidR="00265315" w:rsidRPr="00A477E4" w:rsidRDefault="00265315" w:rsidP="00265315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134" w:type="dxa"/>
          </w:tcPr>
          <w:p w14:paraId="2F7B2D08" w14:textId="77777777" w:rsidR="00265315" w:rsidRPr="00A477E4" w:rsidRDefault="00265315" w:rsidP="00265315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134" w:type="dxa"/>
          </w:tcPr>
          <w:p w14:paraId="139BCD79" w14:textId="6A4BB3C6" w:rsidR="00265315" w:rsidRPr="00A477E4" w:rsidRDefault="00265315" w:rsidP="00265315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078" w:type="dxa"/>
          </w:tcPr>
          <w:p w14:paraId="5B2664D6" w14:textId="77777777" w:rsidR="00265315" w:rsidRPr="00A477E4" w:rsidRDefault="00265315" w:rsidP="00265315">
            <w:pPr>
              <w:rPr>
                <w:rFonts w:asciiTheme="majorHAnsi" w:hAnsiTheme="majorHAnsi" w:cstheme="majorHAnsi"/>
              </w:rPr>
            </w:pPr>
          </w:p>
        </w:tc>
      </w:tr>
      <w:tr w:rsidR="00265315" w:rsidRPr="00A477E4" w14:paraId="6F4E3ACA" w14:textId="77777777" w:rsidTr="00265315">
        <w:tc>
          <w:tcPr>
            <w:tcW w:w="2376" w:type="dxa"/>
          </w:tcPr>
          <w:p w14:paraId="2ADEC256" w14:textId="1D64CA55" w:rsidR="00265315" w:rsidRPr="00A477E4" w:rsidRDefault="00367311" w:rsidP="00265315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Are assets in good working condition?</w:t>
            </w:r>
          </w:p>
        </w:tc>
        <w:tc>
          <w:tcPr>
            <w:tcW w:w="1134" w:type="dxa"/>
          </w:tcPr>
          <w:p w14:paraId="2A761F4D" w14:textId="77777777" w:rsidR="00265315" w:rsidRPr="00A477E4" w:rsidRDefault="00265315" w:rsidP="00265315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134" w:type="dxa"/>
          </w:tcPr>
          <w:p w14:paraId="109B8DA4" w14:textId="77777777" w:rsidR="00265315" w:rsidRPr="00A477E4" w:rsidRDefault="00265315" w:rsidP="00265315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134" w:type="dxa"/>
          </w:tcPr>
          <w:p w14:paraId="3ED22865" w14:textId="413BB406" w:rsidR="00265315" w:rsidRPr="00A477E4" w:rsidRDefault="00265315" w:rsidP="00265315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078" w:type="dxa"/>
          </w:tcPr>
          <w:p w14:paraId="1F648BA7" w14:textId="77777777" w:rsidR="00265315" w:rsidRPr="00A477E4" w:rsidRDefault="00265315" w:rsidP="00265315">
            <w:pPr>
              <w:rPr>
                <w:rFonts w:asciiTheme="majorHAnsi" w:hAnsiTheme="majorHAnsi" w:cstheme="majorHAnsi"/>
              </w:rPr>
            </w:pPr>
          </w:p>
        </w:tc>
      </w:tr>
      <w:tr w:rsidR="006933D9" w:rsidRPr="00A477E4" w14:paraId="1EBA94CB" w14:textId="77777777" w:rsidTr="00265315">
        <w:tc>
          <w:tcPr>
            <w:tcW w:w="2376" w:type="dxa"/>
          </w:tcPr>
          <w:p w14:paraId="11F0DF68" w14:textId="55BACF07" w:rsidR="006933D9" w:rsidRDefault="006933D9" w:rsidP="00265315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Is the next calibration/maintenance due date clearly labelled?</w:t>
            </w:r>
          </w:p>
        </w:tc>
        <w:tc>
          <w:tcPr>
            <w:tcW w:w="1134" w:type="dxa"/>
          </w:tcPr>
          <w:p w14:paraId="60B744D6" w14:textId="77777777" w:rsidR="006933D9" w:rsidRPr="00A477E4" w:rsidRDefault="006933D9" w:rsidP="00265315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134" w:type="dxa"/>
          </w:tcPr>
          <w:p w14:paraId="71D8BE73" w14:textId="77777777" w:rsidR="006933D9" w:rsidRPr="00A477E4" w:rsidRDefault="006933D9" w:rsidP="00265315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134" w:type="dxa"/>
          </w:tcPr>
          <w:p w14:paraId="230F3385" w14:textId="77777777" w:rsidR="006933D9" w:rsidRPr="00A477E4" w:rsidRDefault="006933D9" w:rsidP="00265315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078" w:type="dxa"/>
          </w:tcPr>
          <w:p w14:paraId="193844F8" w14:textId="77777777" w:rsidR="006933D9" w:rsidRPr="00A477E4" w:rsidRDefault="006933D9" w:rsidP="00265315">
            <w:pPr>
              <w:rPr>
                <w:rFonts w:asciiTheme="majorHAnsi" w:hAnsiTheme="majorHAnsi" w:cstheme="majorHAnsi"/>
              </w:rPr>
            </w:pPr>
          </w:p>
        </w:tc>
      </w:tr>
    </w:tbl>
    <w:p w14:paraId="3B918B65" w14:textId="0DADFFF6" w:rsidR="00240E78" w:rsidRPr="00A477E4" w:rsidRDefault="00240E78" w:rsidP="00240E78">
      <w:pPr>
        <w:pStyle w:val="Heading2"/>
        <w:rPr>
          <w:rFonts w:cstheme="majorHAnsi"/>
          <w:sz w:val="22"/>
          <w:szCs w:val="22"/>
        </w:rPr>
      </w:pPr>
      <w:r>
        <w:rPr>
          <w:rFonts w:cstheme="majorHAnsi"/>
          <w:sz w:val="22"/>
          <w:szCs w:val="22"/>
        </w:rPr>
        <w:t xml:space="preserve">Maintenance and Calibration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25"/>
        <w:gridCol w:w="1130"/>
        <w:gridCol w:w="1130"/>
        <w:gridCol w:w="1130"/>
        <w:gridCol w:w="3041"/>
      </w:tblGrid>
      <w:tr w:rsidR="00240E78" w:rsidRPr="00A477E4" w14:paraId="1BC394BE" w14:textId="77777777" w:rsidTr="006933D9">
        <w:tc>
          <w:tcPr>
            <w:tcW w:w="2425" w:type="dxa"/>
          </w:tcPr>
          <w:p w14:paraId="599D881E" w14:textId="77777777" w:rsidR="00240E78" w:rsidRPr="000B5390" w:rsidRDefault="00240E78" w:rsidP="00205F5C">
            <w:pPr>
              <w:rPr>
                <w:rFonts w:asciiTheme="majorHAnsi" w:hAnsiTheme="majorHAnsi" w:cstheme="majorHAnsi"/>
                <w:b/>
                <w:bCs/>
              </w:rPr>
            </w:pPr>
            <w:r w:rsidRPr="000B5390">
              <w:rPr>
                <w:rFonts w:asciiTheme="majorHAnsi" w:hAnsiTheme="majorHAnsi" w:cstheme="majorHAnsi"/>
                <w:b/>
                <w:bCs/>
              </w:rPr>
              <w:t>Item</w:t>
            </w:r>
          </w:p>
        </w:tc>
        <w:tc>
          <w:tcPr>
            <w:tcW w:w="1130" w:type="dxa"/>
          </w:tcPr>
          <w:p w14:paraId="0B7BCC5B" w14:textId="77777777" w:rsidR="00240E78" w:rsidRDefault="00240E78" w:rsidP="00205F5C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Asset 1</w:t>
            </w:r>
          </w:p>
          <w:p w14:paraId="275B704A" w14:textId="77777777" w:rsidR="00240E78" w:rsidRDefault="00240E78" w:rsidP="00205F5C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(</w:t>
            </w:r>
            <w:r w:rsidRPr="001C49CC">
              <w:rPr>
                <w:rFonts w:asciiTheme="majorHAnsi" w:hAnsiTheme="majorHAnsi" w:cstheme="majorHAnsi"/>
                <w:b/>
                <w:bCs/>
              </w:rPr>
              <w:t>Yes/No</w:t>
            </w:r>
          </w:p>
          <w:p w14:paraId="79EF8751" w14:textId="77777777" w:rsidR="00240E78" w:rsidRPr="000B5390" w:rsidRDefault="00240E78" w:rsidP="00205F5C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N/A)</w:t>
            </w:r>
          </w:p>
        </w:tc>
        <w:tc>
          <w:tcPr>
            <w:tcW w:w="1130" w:type="dxa"/>
          </w:tcPr>
          <w:p w14:paraId="752736B8" w14:textId="77777777" w:rsidR="00240E78" w:rsidRDefault="00240E78" w:rsidP="00205F5C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Asset 2</w:t>
            </w:r>
          </w:p>
          <w:p w14:paraId="7C6B1A44" w14:textId="77777777" w:rsidR="00240E78" w:rsidRDefault="00240E78" w:rsidP="00205F5C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(</w:t>
            </w:r>
            <w:r w:rsidRPr="001C49CC">
              <w:rPr>
                <w:rFonts w:asciiTheme="majorHAnsi" w:hAnsiTheme="majorHAnsi" w:cstheme="majorHAnsi"/>
                <w:b/>
                <w:bCs/>
              </w:rPr>
              <w:t>Yes/No</w:t>
            </w:r>
          </w:p>
          <w:p w14:paraId="33DB926C" w14:textId="77777777" w:rsidR="00240E78" w:rsidRPr="000B5390" w:rsidRDefault="00240E78" w:rsidP="00205F5C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N/A)</w:t>
            </w:r>
          </w:p>
        </w:tc>
        <w:tc>
          <w:tcPr>
            <w:tcW w:w="1130" w:type="dxa"/>
          </w:tcPr>
          <w:p w14:paraId="098D0C7C" w14:textId="77777777" w:rsidR="00240E78" w:rsidRDefault="00240E78" w:rsidP="00205F5C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Asset 3</w:t>
            </w:r>
          </w:p>
          <w:p w14:paraId="03249CF5" w14:textId="77777777" w:rsidR="00240E78" w:rsidRDefault="00240E78" w:rsidP="00205F5C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(</w:t>
            </w:r>
            <w:r w:rsidRPr="001C49CC">
              <w:rPr>
                <w:rFonts w:asciiTheme="majorHAnsi" w:hAnsiTheme="majorHAnsi" w:cstheme="majorHAnsi"/>
                <w:b/>
                <w:bCs/>
              </w:rPr>
              <w:t>Yes/No</w:t>
            </w:r>
          </w:p>
          <w:p w14:paraId="2EA6276A" w14:textId="77777777" w:rsidR="00240E78" w:rsidRPr="000B5390" w:rsidRDefault="00240E78" w:rsidP="00205F5C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N/A)</w:t>
            </w:r>
          </w:p>
        </w:tc>
        <w:tc>
          <w:tcPr>
            <w:tcW w:w="3041" w:type="dxa"/>
          </w:tcPr>
          <w:p w14:paraId="3742E122" w14:textId="77777777" w:rsidR="00240E78" w:rsidRPr="000B5390" w:rsidRDefault="00240E78" w:rsidP="00205F5C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0B5390">
              <w:rPr>
                <w:rFonts w:asciiTheme="majorHAnsi" w:hAnsiTheme="majorHAnsi" w:cstheme="majorHAnsi"/>
                <w:b/>
                <w:bCs/>
              </w:rPr>
              <w:t>Comments</w:t>
            </w:r>
          </w:p>
        </w:tc>
      </w:tr>
      <w:tr w:rsidR="00240E78" w:rsidRPr="00A477E4" w14:paraId="391EFD95" w14:textId="77777777" w:rsidTr="006933D9">
        <w:tc>
          <w:tcPr>
            <w:tcW w:w="2425" w:type="dxa"/>
          </w:tcPr>
          <w:p w14:paraId="392E0A20" w14:textId="2486FCB9" w:rsidR="00240E78" w:rsidRPr="00A477E4" w:rsidRDefault="000D7432" w:rsidP="00205F5C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Are the dates for maintenance/calibration clearly identified in the register?</w:t>
            </w:r>
          </w:p>
        </w:tc>
        <w:tc>
          <w:tcPr>
            <w:tcW w:w="1130" w:type="dxa"/>
          </w:tcPr>
          <w:p w14:paraId="364743F1" w14:textId="77777777" w:rsidR="00240E78" w:rsidRPr="00A477E4" w:rsidRDefault="00240E78" w:rsidP="00205F5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130" w:type="dxa"/>
          </w:tcPr>
          <w:p w14:paraId="670657FB" w14:textId="77777777" w:rsidR="00240E78" w:rsidRPr="00A477E4" w:rsidRDefault="00240E78" w:rsidP="00205F5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130" w:type="dxa"/>
          </w:tcPr>
          <w:p w14:paraId="796A1371" w14:textId="77777777" w:rsidR="00240E78" w:rsidRPr="00A477E4" w:rsidRDefault="00240E78" w:rsidP="00205F5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041" w:type="dxa"/>
          </w:tcPr>
          <w:p w14:paraId="7578DF64" w14:textId="77777777" w:rsidR="00240E78" w:rsidRPr="00A477E4" w:rsidRDefault="00240E78" w:rsidP="00205F5C">
            <w:pPr>
              <w:rPr>
                <w:rFonts w:asciiTheme="majorHAnsi" w:hAnsiTheme="majorHAnsi" w:cstheme="majorHAnsi"/>
              </w:rPr>
            </w:pPr>
          </w:p>
        </w:tc>
      </w:tr>
      <w:tr w:rsidR="00240E78" w:rsidRPr="00A477E4" w14:paraId="596B3B6B" w14:textId="77777777" w:rsidTr="006933D9">
        <w:tc>
          <w:tcPr>
            <w:tcW w:w="2425" w:type="dxa"/>
          </w:tcPr>
          <w:p w14:paraId="74F31983" w14:textId="5AC66FE4" w:rsidR="00240E78" w:rsidRPr="00A477E4" w:rsidRDefault="006933D9" w:rsidP="00205F5C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Are all maintenance/calibration certificates available?</w:t>
            </w:r>
            <w:r w:rsidR="00076059">
              <w:rPr>
                <w:rFonts w:asciiTheme="majorHAnsi" w:hAnsiTheme="majorHAnsi" w:cstheme="majorHAnsi"/>
              </w:rPr>
              <w:t xml:space="preserve"> </w:t>
            </w:r>
          </w:p>
        </w:tc>
        <w:tc>
          <w:tcPr>
            <w:tcW w:w="1130" w:type="dxa"/>
          </w:tcPr>
          <w:p w14:paraId="2D26B55F" w14:textId="77777777" w:rsidR="00240E78" w:rsidRPr="00A477E4" w:rsidRDefault="00240E78" w:rsidP="00205F5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130" w:type="dxa"/>
          </w:tcPr>
          <w:p w14:paraId="4108BDE0" w14:textId="77777777" w:rsidR="00240E78" w:rsidRPr="00A477E4" w:rsidRDefault="00240E78" w:rsidP="00205F5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130" w:type="dxa"/>
          </w:tcPr>
          <w:p w14:paraId="07691557" w14:textId="77777777" w:rsidR="00240E78" w:rsidRPr="00A477E4" w:rsidRDefault="00240E78" w:rsidP="00205F5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041" w:type="dxa"/>
          </w:tcPr>
          <w:p w14:paraId="656471B6" w14:textId="77777777" w:rsidR="00240E78" w:rsidRPr="00A477E4" w:rsidRDefault="00240E78" w:rsidP="00205F5C">
            <w:pPr>
              <w:rPr>
                <w:rFonts w:asciiTheme="majorHAnsi" w:hAnsiTheme="majorHAnsi" w:cstheme="majorHAnsi"/>
              </w:rPr>
            </w:pPr>
          </w:p>
        </w:tc>
      </w:tr>
      <w:tr w:rsidR="00076059" w:rsidRPr="00A477E4" w14:paraId="5EBB8411" w14:textId="77777777" w:rsidTr="006933D9">
        <w:tc>
          <w:tcPr>
            <w:tcW w:w="2425" w:type="dxa"/>
          </w:tcPr>
          <w:p w14:paraId="04503066" w14:textId="0EBEEC34" w:rsidR="00076059" w:rsidRDefault="00076059" w:rsidP="00205F5C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Is there a report of the calibration/maintenance being conducted?</w:t>
            </w:r>
          </w:p>
        </w:tc>
        <w:tc>
          <w:tcPr>
            <w:tcW w:w="1130" w:type="dxa"/>
          </w:tcPr>
          <w:p w14:paraId="135D632B" w14:textId="77777777" w:rsidR="00076059" w:rsidRPr="00A477E4" w:rsidRDefault="00076059" w:rsidP="00205F5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130" w:type="dxa"/>
          </w:tcPr>
          <w:p w14:paraId="00B21F3F" w14:textId="77777777" w:rsidR="00076059" w:rsidRPr="00A477E4" w:rsidRDefault="00076059" w:rsidP="00205F5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130" w:type="dxa"/>
          </w:tcPr>
          <w:p w14:paraId="4C657752" w14:textId="77777777" w:rsidR="00076059" w:rsidRPr="00A477E4" w:rsidRDefault="00076059" w:rsidP="00205F5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041" w:type="dxa"/>
          </w:tcPr>
          <w:p w14:paraId="6B9F70E9" w14:textId="77777777" w:rsidR="00076059" w:rsidRPr="00A477E4" w:rsidRDefault="00076059" w:rsidP="00205F5C">
            <w:pPr>
              <w:rPr>
                <w:rFonts w:asciiTheme="majorHAnsi" w:hAnsiTheme="majorHAnsi" w:cstheme="majorHAnsi"/>
              </w:rPr>
            </w:pPr>
          </w:p>
        </w:tc>
      </w:tr>
    </w:tbl>
    <w:p w14:paraId="5FAAAA96" w14:textId="77777777" w:rsidR="00076059" w:rsidRDefault="00076059" w:rsidP="00665990">
      <w:pPr>
        <w:pStyle w:val="Heading2"/>
        <w:rPr>
          <w:rFonts w:cstheme="majorHAnsi"/>
          <w:sz w:val="22"/>
          <w:szCs w:val="22"/>
        </w:rPr>
      </w:pPr>
    </w:p>
    <w:p w14:paraId="4CCD0EDA" w14:textId="315F2684" w:rsidR="00665990" w:rsidRPr="00A477E4" w:rsidRDefault="00665990" w:rsidP="00665990">
      <w:pPr>
        <w:pStyle w:val="Heading2"/>
        <w:rPr>
          <w:rFonts w:cstheme="majorHAnsi"/>
          <w:sz w:val="22"/>
          <w:szCs w:val="22"/>
        </w:rPr>
      </w:pPr>
      <w:r w:rsidRPr="00A477E4">
        <w:rPr>
          <w:rFonts w:cstheme="majorHAnsi"/>
          <w:sz w:val="22"/>
          <w:szCs w:val="22"/>
        </w:rPr>
        <w:t>Summary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65"/>
        <w:gridCol w:w="1756"/>
        <w:gridCol w:w="1941"/>
        <w:gridCol w:w="1909"/>
        <w:gridCol w:w="1585"/>
      </w:tblGrid>
      <w:tr w:rsidR="00665990" w:rsidRPr="00A477E4" w14:paraId="61BC5361" w14:textId="70250D6D" w:rsidTr="00665990">
        <w:tc>
          <w:tcPr>
            <w:tcW w:w="1665" w:type="dxa"/>
          </w:tcPr>
          <w:p w14:paraId="5AD02690" w14:textId="279C55EB" w:rsidR="00665990" w:rsidRDefault="00665990" w:rsidP="00665990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Category</w:t>
            </w:r>
          </w:p>
        </w:tc>
        <w:tc>
          <w:tcPr>
            <w:tcW w:w="1756" w:type="dxa"/>
          </w:tcPr>
          <w:p w14:paraId="71BF970F" w14:textId="327F5AEE" w:rsidR="00665990" w:rsidRPr="001344DF" w:rsidRDefault="00665990" w:rsidP="00665990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Finding</w:t>
            </w:r>
          </w:p>
        </w:tc>
        <w:tc>
          <w:tcPr>
            <w:tcW w:w="1941" w:type="dxa"/>
          </w:tcPr>
          <w:p w14:paraId="1EDDFFD0" w14:textId="06BFC1BC" w:rsidR="00665990" w:rsidRPr="001344DF" w:rsidRDefault="00665990" w:rsidP="00665990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Immediate Action</w:t>
            </w:r>
          </w:p>
        </w:tc>
        <w:tc>
          <w:tcPr>
            <w:tcW w:w="1909" w:type="dxa"/>
          </w:tcPr>
          <w:p w14:paraId="45AB8FE6" w14:textId="75C597BC" w:rsidR="00665990" w:rsidRPr="001344DF" w:rsidRDefault="00665990" w:rsidP="00665990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1344DF">
              <w:rPr>
                <w:rFonts w:asciiTheme="majorHAnsi" w:hAnsiTheme="majorHAnsi" w:cstheme="majorHAnsi"/>
                <w:b/>
                <w:bCs/>
              </w:rPr>
              <w:t>C</w:t>
            </w:r>
            <w:r>
              <w:rPr>
                <w:rFonts w:asciiTheme="majorHAnsi" w:hAnsiTheme="majorHAnsi" w:cstheme="majorHAnsi"/>
                <w:b/>
                <w:bCs/>
              </w:rPr>
              <w:t>orrective Action</w:t>
            </w:r>
          </w:p>
        </w:tc>
        <w:tc>
          <w:tcPr>
            <w:tcW w:w="1585" w:type="dxa"/>
          </w:tcPr>
          <w:p w14:paraId="58810B80" w14:textId="53300F3E" w:rsidR="00665990" w:rsidRPr="001344DF" w:rsidRDefault="00665990" w:rsidP="00665990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Actions Completed by (Initials and Date)</w:t>
            </w:r>
          </w:p>
        </w:tc>
      </w:tr>
      <w:tr w:rsidR="00665990" w:rsidRPr="00A477E4" w14:paraId="0F5509F5" w14:textId="69A325E8" w:rsidTr="00665990">
        <w:tc>
          <w:tcPr>
            <w:tcW w:w="1665" w:type="dxa"/>
          </w:tcPr>
          <w:p w14:paraId="6A162B4A" w14:textId="77777777" w:rsidR="00665990" w:rsidRPr="00A477E4" w:rsidRDefault="00665990" w:rsidP="0065041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56" w:type="dxa"/>
          </w:tcPr>
          <w:p w14:paraId="10D78E80" w14:textId="7E6454CD" w:rsidR="00665990" w:rsidRPr="00A477E4" w:rsidRDefault="00665990" w:rsidP="0065041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941" w:type="dxa"/>
          </w:tcPr>
          <w:p w14:paraId="38828B4F" w14:textId="77777777" w:rsidR="00665990" w:rsidRPr="00A477E4" w:rsidRDefault="00665990" w:rsidP="0065041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909" w:type="dxa"/>
          </w:tcPr>
          <w:p w14:paraId="03272221" w14:textId="77777777" w:rsidR="00665990" w:rsidRPr="00A477E4" w:rsidRDefault="00665990" w:rsidP="0065041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585" w:type="dxa"/>
          </w:tcPr>
          <w:p w14:paraId="32F23183" w14:textId="77777777" w:rsidR="00665990" w:rsidRPr="00A477E4" w:rsidRDefault="00665990" w:rsidP="00650413">
            <w:pPr>
              <w:rPr>
                <w:rFonts w:asciiTheme="majorHAnsi" w:hAnsiTheme="majorHAnsi" w:cstheme="majorHAnsi"/>
              </w:rPr>
            </w:pPr>
          </w:p>
        </w:tc>
      </w:tr>
      <w:tr w:rsidR="00665990" w:rsidRPr="00A477E4" w14:paraId="084883F2" w14:textId="10624E94" w:rsidTr="00665990">
        <w:tc>
          <w:tcPr>
            <w:tcW w:w="1665" w:type="dxa"/>
          </w:tcPr>
          <w:p w14:paraId="425BD2F1" w14:textId="77777777" w:rsidR="00665990" w:rsidRPr="00A477E4" w:rsidRDefault="00665990" w:rsidP="0065041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56" w:type="dxa"/>
          </w:tcPr>
          <w:p w14:paraId="4C6BB7CC" w14:textId="6F87A898" w:rsidR="00665990" w:rsidRPr="00A477E4" w:rsidRDefault="00665990" w:rsidP="0065041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941" w:type="dxa"/>
          </w:tcPr>
          <w:p w14:paraId="5B76FC00" w14:textId="77777777" w:rsidR="00665990" w:rsidRPr="00A477E4" w:rsidRDefault="00665990" w:rsidP="0065041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909" w:type="dxa"/>
          </w:tcPr>
          <w:p w14:paraId="7EAE859B" w14:textId="77777777" w:rsidR="00665990" w:rsidRPr="00A477E4" w:rsidRDefault="00665990" w:rsidP="0065041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585" w:type="dxa"/>
          </w:tcPr>
          <w:p w14:paraId="266D2B08" w14:textId="77777777" w:rsidR="00665990" w:rsidRPr="00A477E4" w:rsidRDefault="00665990" w:rsidP="00650413">
            <w:pPr>
              <w:rPr>
                <w:rFonts w:asciiTheme="majorHAnsi" w:hAnsiTheme="majorHAnsi" w:cstheme="majorHAnsi"/>
              </w:rPr>
            </w:pPr>
          </w:p>
        </w:tc>
      </w:tr>
      <w:tr w:rsidR="00665990" w:rsidRPr="00A477E4" w14:paraId="76B391C8" w14:textId="45188C47" w:rsidTr="00665990">
        <w:tc>
          <w:tcPr>
            <w:tcW w:w="1665" w:type="dxa"/>
          </w:tcPr>
          <w:p w14:paraId="54945546" w14:textId="77777777" w:rsidR="00665990" w:rsidRPr="00A477E4" w:rsidRDefault="00665990" w:rsidP="0065041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56" w:type="dxa"/>
          </w:tcPr>
          <w:p w14:paraId="60FA9F79" w14:textId="57B84DFA" w:rsidR="00665990" w:rsidRPr="00A477E4" w:rsidRDefault="00665990" w:rsidP="0065041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941" w:type="dxa"/>
          </w:tcPr>
          <w:p w14:paraId="09C4C684" w14:textId="77777777" w:rsidR="00665990" w:rsidRPr="00A477E4" w:rsidRDefault="00665990" w:rsidP="0065041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909" w:type="dxa"/>
          </w:tcPr>
          <w:p w14:paraId="5D007C76" w14:textId="77777777" w:rsidR="00665990" w:rsidRPr="00A477E4" w:rsidRDefault="00665990" w:rsidP="0065041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585" w:type="dxa"/>
          </w:tcPr>
          <w:p w14:paraId="59CA4660" w14:textId="77777777" w:rsidR="00665990" w:rsidRPr="00A477E4" w:rsidRDefault="00665990" w:rsidP="00650413">
            <w:pPr>
              <w:rPr>
                <w:rFonts w:asciiTheme="majorHAnsi" w:hAnsiTheme="majorHAnsi" w:cstheme="majorHAnsi"/>
              </w:rPr>
            </w:pPr>
          </w:p>
        </w:tc>
      </w:tr>
      <w:tr w:rsidR="00665990" w:rsidRPr="00A477E4" w14:paraId="1EAB23F8" w14:textId="3FFAAEC3" w:rsidTr="00665990">
        <w:tc>
          <w:tcPr>
            <w:tcW w:w="1665" w:type="dxa"/>
          </w:tcPr>
          <w:p w14:paraId="3F5D449E" w14:textId="77777777" w:rsidR="00665990" w:rsidRPr="00A477E4" w:rsidRDefault="00665990" w:rsidP="0065041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56" w:type="dxa"/>
          </w:tcPr>
          <w:p w14:paraId="61EC9A78" w14:textId="59983605" w:rsidR="00665990" w:rsidRPr="00A477E4" w:rsidRDefault="00665990" w:rsidP="0065041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941" w:type="dxa"/>
          </w:tcPr>
          <w:p w14:paraId="4CEECE53" w14:textId="77777777" w:rsidR="00665990" w:rsidRPr="00A477E4" w:rsidRDefault="00665990" w:rsidP="0065041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909" w:type="dxa"/>
          </w:tcPr>
          <w:p w14:paraId="006E331A" w14:textId="77777777" w:rsidR="00665990" w:rsidRPr="00A477E4" w:rsidRDefault="00665990" w:rsidP="0065041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585" w:type="dxa"/>
          </w:tcPr>
          <w:p w14:paraId="0F0F392C" w14:textId="77777777" w:rsidR="00665990" w:rsidRPr="00A477E4" w:rsidRDefault="00665990" w:rsidP="00650413">
            <w:pPr>
              <w:rPr>
                <w:rFonts w:asciiTheme="majorHAnsi" w:hAnsiTheme="majorHAnsi" w:cstheme="majorHAnsi"/>
              </w:rPr>
            </w:pPr>
          </w:p>
        </w:tc>
      </w:tr>
      <w:tr w:rsidR="00665990" w:rsidRPr="00A477E4" w14:paraId="1D4A453A" w14:textId="77777777" w:rsidTr="00665990">
        <w:tc>
          <w:tcPr>
            <w:tcW w:w="1665" w:type="dxa"/>
          </w:tcPr>
          <w:p w14:paraId="6473F878" w14:textId="77777777" w:rsidR="00665990" w:rsidRPr="00A477E4" w:rsidRDefault="00665990" w:rsidP="0065041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56" w:type="dxa"/>
          </w:tcPr>
          <w:p w14:paraId="500FEEA2" w14:textId="77777777" w:rsidR="00665990" w:rsidRPr="00A477E4" w:rsidRDefault="00665990" w:rsidP="0065041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941" w:type="dxa"/>
          </w:tcPr>
          <w:p w14:paraId="0E428AEE" w14:textId="77777777" w:rsidR="00665990" w:rsidRPr="00A477E4" w:rsidRDefault="00665990" w:rsidP="0065041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909" w:type="dxa"/>
          </w:tcPr>
          <w:p w14:paraId="29D88A47" w14:textId="77777777" w:rsidR="00665990" w:rsidRPr="00A477E4" w:rsidRDefault="00665990" w:rsidP="0065041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585" w:type="dxa"/>
          </w:tcPr>
          <w:p w14:paraId="733D9A02" w14:textId="77777777" w:rsidR="00665990" w:rsidRPr="00A477E4" w:rsidRDefault="00665990" w:rsidP="00650413">
            <w:pPr>
              <w:rPr>
                <w:rFonts w:asciiTheme="majorHAnsi" w:hAnsiTheme="majorHAnsi" w:cstheme="majorHAnsi"/>
              </w:rPr>
            </w:pPr>
          </w:p>
        </w:tc>
      </w:tr>
      <w:tr w:rsidR="00665990" w:rsidRPr="00A477E4" w14:paraId="4E592721" w14:textId="77777777" w:rsidTr="00665990">
        <w:tc>
          <w:tcPr>
            <w:tcW w:w="1665" w:type="dxa"/>
          </w:tcPr>
          <w:p w14:paraId="454E7758" w14:textId="77777777" w:rsidR="00665990" w:rsidRPr="00A477E4" w:rsidRDefault="00665990" w:rsidP="0065041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56" w:type="dxa"/>
          </w:tcPr>
          <w:p w14:paraId="6E454A6D" w14:textId="77777777" w:rsidR="00665990" w:rsidRPr="00A477E4" w:rsidRDefault="00665990" w:rsidP="0065041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941" w:type="dxa"/>
          </w:tcPr>
          <w:p w14:paraId="7345212B" w14:textId="77777777" w:rsidR="00665990" w:rsidRPr="00A477E4" w:rsidRDefault="00665990" w:rsidP="0065041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909" w:type="dxa"/>
          </w:tcPr>
          <w:p w14:paraId="3E166C47" w14:textId="77777777" w:rsidR="00665990" w:rsidRPr="00A477E4" w:rsidRDefault="00665990" w:rsidP="0065041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585" w:type="dxa"/>
          </w:tcPr>
          <w:p w14:paraId="7D44AACB" w14:textId="77777777" w:rsidR="00665990" w:rsidRPr="00A477E4" w:rsidRDefault="00665990" w:rsidP="00650413">
            <w:pPr>
              <w:rPr>
                <w:rFonts w:asciiTheme="majorHAnsi" w:hAnsiTheme="majorHAnsi" w:cstheme="majorHAnsi"/>
              </w:rPr>
            </w:pPr>
          </w:p>
        </w:tc>
      </w:tr>
      <w:tr w:rsidR="00665990" w:rsidRPr="00A477E4" w14:paraId="0ABCA6ED" w14:textId="77777777" w:rsidTr="00665990">
        <w:tc>
          <w:tcPr>
            <w:tcW w:w="1665" w:type="dxa"/>
          </w:tcPr>
          <w:p w14:paraId="4D3F00B8" w14:textId="77777777" w:rsidR="00665990" w:rsidRPr="00A477E4" w:rsidRDefault="00665990" w:rsidP="0065041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56" w:type="dxa"/>
          </w:tcPr>
          <w:p w14:paraId="050B639F" w14:textId="77777777" w:rsidR="00665990" w:rsidRPr="00A477E4" w:rsidRDefault="00665990" w:rsidP="0065041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941" w:type="dxa"/>
          </w:tcPr>
          <w:p w14:paraId="20F976E6" w14:textId="77777777" w:rsidR="00665990" w:rsidRPr="00A477E4" w:rsidRDefault="00665990" w:rsidP="0065041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909" w:type="dxa"/>
          </w:tcPr>
          <w:p w14:paraId="1D530882" w14:textId="77777777" w:rsidR="00665990" w:rsidRPr="00A477E4" w:rsidRDefault="00665990" w:rsidP="0065041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585" w:type="dxa"/>
          </w:tcPr>
          <w:p w14:paraId="157A2A7C" w14:textId="77777777" w:rsidR="00665990" w:rsidRPr="00A477E4" w:rsidRDefault="00665990" w:rsidP="00650413">
            <w:pPr>
              <w:rPr>
                <w:rFonts w:asciiTheme="majorHAnsi" w:hAnsiTheme="majorHAnsi" w:cstheme="majorHAnsi"/>
              </w:rPr>
            </w:pPr>
          </w:p>
        </w:tc>
      </w:tr>
    </w:tbl>
    <w:p w14:paraId="3D35B3D2" w14:textId="77777777" w:rsidR="006933D9" w:rsidRPr="006933D9" w:rsidRDefault="006933D9" w:rsidP="006933D9">
      <w:pPr>
        <w:pStyle w:val="Heading2"/>
        <w:rPr>
          <w:rFonts w:cstheme="majorHAnsi"/>
          <w:sz w:val="22"/>
          <w:szCs w:val="22"/>
        </w:rPr>
      </w:pPr>
    </w:p>
    <w:p w14:paraId="5DCD91F8" w14:textId="3378D2A4" w:rsidR="00665990" w:rsidRPr="006933D9" w:rsidRDefault="006933D9" w:rsidP="006933D9">
      <w:pPr>
        <w:pStyle w:val="Heading2"/>
        <w:rPr>
          <w:rFonts w:cstheme="majorHAnsi"/>
          <w:sz w:val="22"/>
          <w:szCs w:val="22"/>
        </w:rPr>
      </w:pPr>
      <w:r w:rsidRPr="006933D9">
        <w:rPr>
          <w:rFonts w:cstheme="majorHAnsi"/>
          <w:sz w:val="22"/>
          <w:szCs w:val="22"/>
        </w:rPr>
        <w:t>Checklist completed by:</w:t>
      </w:r>
    </w:p>
    <w:p w14:paraId="4FADC833" w14:textId="319C9833" w:rsidR="00A15333" w:rsidRDefault="00665990">
      <w:pPr>
        <w:rPr>
          <w:rFonts w:asciiTheme="majorHAnsi" w:hAnsiTheme="majorHAnsi" w:cstheme="majorHAnsi"/>
        </w:rPr>
      </w:pPr>
      <w:r w:rsidRPr="006933D9">
        <w:rPr>
          <w:rFonts w:asciiTheme="majorHAnsi" w:hAnsiTheme="majorHAnsi" w:cstheme="majorHAnsi"/>
          <w:b/>
          <w:bCs/>
        </w:rPr>
        <w:t>Signature:</w:t>
      </w:r>
      <w:r w:rsidRPr="00A477E4">
        <w:rPr>
          <w:rFonts w:asciiTheme="majorHAnsi" w:hAnsiTheme="majorHAnsi" w:cstheme="majorHAnsi"/>
        </w:rPr>
        <w:t xml:space="preserve"> ___________________</w:t>
      </w:r>
    </w:p>
    <w:p w14:paraId="305B02A6" w14:textId="61994E1C" w:rsidR="00665990" w:rsidRDefault="00665990">
      <w:pPr>
        <w:rPr>
          <w:rFonts w:asciiTheme="majorHAnsi" w:hAnsiTheme="majorHAnsi" w:cstheme="majorHAnsi"/>
        </w:rPr>
      </w:pPr>
      <w:r w:rsidRPr="006933D9">
        <w:rPr>
          <w:rFonts w:asciiTheme="majorHAnsi" w:hAnsiTheme="majorHAnsi" w:cstheme="majorHAnsi"/>
          <w:b/>
          <w:bCs/>
        </w:rPr>
        <w:t>Date:</w:t>
      </w:r>
      <w:r w:rsidR="006933D9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>___________________</w:t>
      </w:r>
    </w:p>
    <w:p w14:paraId="4DF763F1" w14:textId="77777777" w:rsidR="00665990" w:rsidRDefault="00665990">
      <w:pPr>
        <w:rPr>
          <w:rFonts w:asciiTheme="majorHAnsi" w:hAnsiTheme="majorHAnsi" w:cstheme="majorHAnsi"/>
        </w:rPr>
      </w:pPr>
    </w:p>
    <w:p w14:paraId="7B86C59B" w14:textId="77777777" w:rsidR="00665990" w:rsidRDefault="00665990">
      <w:pPr>
        <w:rPr>
          <w:rFonts w:asciiTheme="majorHAnsi" w:hAnsiTheme="majorHAnsi" w:cstheme="majorHAnsi"/>
        </w:rPr>
      </w:pPr>
    </w:p>
    <w:p w14:paraId="294B6543" w14:textId="77777777" w:rsidR="00665990" w:rsidRPr="00A477E4" w:rsidRDefault="00665990">
      <w:pPr>
        <w:rPr>
          <w:rFonts w:asciiTheme="majorHAnsi" w:hAnsiTheme="majorHAnsi" w:cstheme="majorHAnsi"/>
        </w:rPr>
      </w:pPr>
    </w:p>
    <w:p w14:paraId="58E63041" w14:textId="60DB5B36" w:rsidR="00A15333" w:rsidRPr="00A477E4" w:rsidRDefault="00A15333">
      <w:pPr>
        <w:rPr>
          <w:rFonts w:asciiTheme="majorHAnsi" w:hAnsiTheme="majorHAnsi" w:cstheme="majorHAnsi"/>
        </w:rPr>
      </w:pPr>
    </w:p>
    <w:sectPr w:rsidR="00A15333" w:rsidRPr="00A477E4" w:rsidSect="00034616">
      <w:headerReference w:type="default" r:id="rId11"/>
      <w:footerReference w:type="default" r:id="rId12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095A50" w14:textId="77777777" w:rsidR="00C44233" w:rsidRDefault="00C44233" w:rsidP="00857764">
      <w:pPr>
        <w:spacing w:after="0" w:line="240" w:lineRule="auto"/>
      </w:pPr>
      <w:r>
        <w:separator/>
      </w:r>
    </w:p>
  </w:endnote>
  <w:endnote w:type="continuationSeparator" w:id="0">
    <w:p w14:paraId="4E0A88EC" w14:textId="77777777" w:rsidR="00C44233" w:rsidRDefault="00C44233" w:rsidP="008577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4E1E84" w14:textId="72AD7F76" w:rsidR="00857764" w:rsidRPr="00857764" w:rsidRDefault="00857764">
    <w:pPr>
      <w:pStyle w:val="Footer"/>
      <w:rPr>
        <w:rFonts w:asciiTheme="majorHAnsi" w:hAnsiTheme="majorHAnsi" w:cstheme="majorHAnsi"/>
        <w:sz w:val="16"/>
        <w:szCs w:val="16"/>
        <w:lang w:val="en-GB"/>
      </w:rPr>
    </w:pPr>
    <w:r w:rsidRPr="00857764">
      <w:rPr>
        <w:rFonts w:asciiTheme="majorHAnsi" w:hAnsiTheme="majorHAnsi" w:cstheme="majorHAnsi"/>
        <w:sz w:val="16"/>
        <w:szCs w:val="16"/>
        <w:lang w:val="en-GB"/>
      </w:rPr>
      <w:t>T-</w:t>
    </w:r>
    <w:r w:rsidR="006933D9">
      <w:rPr>
        <w:rFonts w:asciiTheme="majorHAnsi" w:hAnsiTheme="majorHAnsi" w:cstheme="majorHAnsi"/>
        <w:sz w:val="16"/>
        <w:szCs w:val="16"/>
        <w:lang w:val="en-GB"/>
      </w:rPr>
      <w:t>1042_Research Space Asset Register Checklist</w:t>
    </w:r>
  </w:p>
  <w:p w14:paraId="1B5B2AA5" w14:textId="3F23B658" w:rsidR="00857764" w:rsidRPr="00857764" w:rsidRDefault="00857764">
    <w:pPr>
      <w:pStyle w:val="Footer"/>
      <w:rPr>
        <w:rFonts w:asciiTheme="majorHAnsi" w:hAnsiTheme="majorHAnsi" w:cstheme="majorHAnsi"/>
        <w:sz w:val="16"/>
        <w:szCs w:val="16"/>
        <w:lang w:val="en-GB"/>
      </w:rPr>
    </w:pPr>
    <w:r w:rsidRPr="00857764">
      <w:rPr>
        <w:rFonts w:asciiTheme="majorHAnsi" w:hAnsiTheme="majorHAnsi" w:cstheme="majorHAnsi"/>
        <w:sz w:val="16"/>
        <w:szCs w:val="16"/>
        <w:lang w:val="en-GB"/>
      </w:rPr>
      <w:t>V</w:t>
    </w:r>
    <w:r w:rsidR="00E642BD">
      <w:rPr>
        <w:rFonts w:asciiTheme="majorHAnsi" w:hAnsiTheme="majorHAnsi" w:cstheme="majorHAnsi"/>
        <w:sz w:val="16"/>
        <w:szCs w:val="16"/>
        <w:lang w:val="en-GB"/>
      </w:rPr>
      <w:t>2</w:t>
    </w:r>
  </w:p>
  <w:p w14:paraId="0C90101B" w14:textId="105B3B01" w:rsidR="00857764" w:rsidRPr="00857764" w:rsidRDefault="00857764">
    <w:pPr>
      <w:pStyle w:val="Footer"/>
      <w:rPr>
        <w:rFonts w:asciiTheme="majorHAnsi" w:hAnsiTheme="majorHAnsi" w:cstheme="majorHAnsi"/>
        <w:sz w:val="16"/>
        <w:szCs w:val="16"/>
        <w:lang w:val="en-GB"/>
      </w:rPr>
    </w:pPr>
    <w:r w:rsidRPr="006933D9">
      <w:rPr>
        <w:rFonts w:asciiTheme="majorHAnsi" w:hAnsiTheme="majorHAnsi" w:cstheme="majorHAnsi"/>
        <w:sz w:val="16"/>
        <w:szCs w:val="16"/>
        <w:lang w:val="en-GB"/>
      </w:rPr>
      <w:t xml:space="preserve">Effective Date: </w:t>
    </w:r>
    <w:r w:rsidR="006933D9" w:rsidRPr="006933D9">
      <w:rPr>
        <w:rFonts w:asciiTheme="majorHAnsi" w:hAnsiTheme="majorHAnsi" w:cstheme="majorHAnsi"/>
        <w:sz w:val="16"/>
        <w:szCs w:val="16"/>
        <w:lang w:val="en-GB"/>
      </w:rPr>
      <w:t>2</w:t>
    </w:r>
    <w:r w:rsidR="00E642BD">
      <w:rPr>
        <w:rFonts w:asciiTheme="majorHAnsi" w:hAnsiTheme="majorHAnsi" w:cstheme="majorHAnsi"/>
        <w:sz w:val="16"/>
        <w:szCs w:val="16"/>
        <w:lang w:val="en-GB"/>
      </w:rPr>
      <w:t>2</w:t>
    </w:r>
    <w:r w:rsidR="00E642BD" w:rsidRPr="00E642BD">
      <w:rPr>
        <w:rFonts w:asciiTheme="majorHAnsi" w:hAnsiTheme="majorHAnsi" w:cstheme="majorHAnsi"/>
        <w:sz w:val="16"/>
        <w:szCs w:val="16"/>
        <w:vertAlign w:val="superscript"/>
        <w:lang w:val="en-GB"/>
      </w:rPr>
      <w:t>nd</w:t>
    </w:r>
    <w:r w:rsidR="006933D9">
      <w:rPr>
        <w:rFonts w:asciiTheme="majorHAnsi" w:hAnsiTheme="majorHAnsi" w:cstheme="majorHAnsi"/>
        <w:sz w:val="16"/>
        <w:szCs w:val="16"/>
        <w:lang w:val="en-GB"/>
      </w:rPr>
      <w:t xml:space="preserve"> August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DEC880" w14:textId="77777777" w:rsidR="00C44233" w:rsidRDefault="00C44233" w:rsidP="00857764">
      <w:pPr>
        <w:spacing w:after="0" w:line="240" w:lineRule="auto"/>
      </w:pPr>
      <w:r>
        <w:separator/>
      </w:r>
    </w:p>
  </w:footnote>
  <w:footnote w:type="continuationSeparator" w:id="0">
    <w:p w14:paraId="3353FF2E" w14:textId="77777777" w:rsidR="00C44233" w:rsidRDefault="00C44233" w:rsidP="008577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26165B" w14:textId="2DAC1C12" w:rsidR="00365103" w:rsidRDefault="00365103" w:rsidP="00365103">
    <w:pPr>
      <w:pStyle w:val="Header"/>
      <w:jc w:val="right"/>
    </w:pPr>
    <w:r>
      <w:rPr>
        <w:rFonts w:ascii="Arial" w:hAnsi="Arial" w:cs="Arial"/>
        <w:noProof/>
      </w:rPr>
      <w:drawing>
        <wp:inline distT="0" distB="0" distL="0" distR="0" wp14:anchorId="5FD8115E" wp14:editId="6FEE8D35">
          <wp:extent cx="1322705" cy="664210"/>
          <wp:effectExtent l="0" t="0" r="0" b="2540"/>
          <wp:docPr id="157765584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2705" cy="6642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94D5974"/>
    <w:multiLevelType w:val="hybridMultilevel"/>
    <w:tmpl w:val="68B0C0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6638612">
    <w:abstractNumId w:val="8"/>
  </w:num>
  <w:num w:numId="2" w16cid:durableId="1764256427">
    <w:abstractNumId w:val="6"/>
  </w:num>
  <w:num w:numId="3" w16cid:durableId="1309892986">
    <w:abstractNumId w:val="5"/>
  </w:num>
  <w:num w:numId="4" w16cid:durableId="1455517616">
    <w:abstractNumId w:val="4"/>
  </w:num>
  <w:num w:numId="5" w16cid:durableId="2102607673">
    <w:abstractNumId w:val="7"/>
  </w:num>
  <w:num w:numId="6" w16cid:durableId="1268394636">
    <w:abstractNumId w:val="3"/>
  </w:num>
  <w:num w:numId="7" w16cid:durableId="1658798940">
    <w:abstractNumId w:val="2"/>
  </w:num>
  <w:num w:numId="8" w16cid:durableId="1025669720">
    <w:abstractNumId w:val="1"/>
  </w:num>
  <w:num w:numId="9" w16cid:durableId="293684914">
    <w:abstractNumId w:val="0"/>
  </w:num>
  <w:num w:numId="10" w16cid:durableId="16223727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15D90"/>
    <w:rsid w:val="00034616"/>
    <w:rsid w:val="0006063C"/>
    <w:rsid w:val="00076059"/>
    <w:rsid w:val="000B5390"/>
    <w:rsid w:val="000D7432"/>
    <w:rsid w:val="00100760"/>
    <w:rsid w:val="00111E3F"/>
    <w:rsid w:val="001344DF"/>
    <w:rsid w:val="0015074B"/>
    <w:rsid w:val="00175AAB"/>
    <w:rsid w:val="001C49CC"/>
    <w:rsid w:val="00240E78"/>
    <w:rsid w:val="00265315"/>
    <w:rsid w:val="002863FC"/>
    <w:rsid w:val="0029639D"/>
    <w:rsid w:val="00304E79"/>
    <w:rsid w:val="00326F90"/>
    <w:rsid w:val="00331198"/>
    <w:rsid w:val="00365103"/>
    <w:rsid w:val="00367311"/>
    <w:rsid w:val="00443A8B"/>
    <w:rsid w:val="004659AE"/>
    <w:rsid w:val="004B67D0"/>
    <w:rsid w:val="005520B2"/>
    <w:rsid w:val="00562A85"/>
    <w:rsid w:val="005E7E60"/>
    <w:rsid w:val="00665990"/>
    <w:rsid w:val="006933D9"/>
    <w:rsid w:val="006D166C"/>
    <w:rsid w:val="0075027E"/>
    <w:rsid w:val="00813D32"/>
    <w:rsid w:val="00857764"/>
    <w:rsid w:val="008B5D38"/>
    <w:rsid w:val="009906AB"/>
    <w:rsid w:val="00A15333"/>
    <w:rsid w:val="00A477E4"/>
    <w:rsid w:val="00AA1D8D"/>
    <w:rsid w:val="00AC5E8E"/>
    <w:rsid w:val="00B42AB2"/>
    <w:rsid w:val="00B47730"/>
    <w:rsid w:val="00BB0419"/>
    <w:rsid w:val="00BD5786"/>
    <w:rsid w:val="00BD6077"/>
    <w:rsid w:val="00C03B26"/>
    <w:rsid w:val="00C44233"/>
    <w:rsid w:val="00CB0664"/>
    <w:rsid w:val="00CE1657"/>
    <w:rsid w:val="00D60039"/>
    <w:rsid w:val="00DD5A85"/>
    <w:rsid w:val="00E642BD"/>
    <w:rsid w:val="00EB6A72"/>
    <w:rsid w:val="00EC059F"/>
    <w:rsid w:val="00EC388E"/>
    <w:rsid w:val="00F33C67"/>
    <w:rsid w:val="00FC693F"/>
    <w:rsid w:val="3296BDAA"/>
    <w:rsid w:val="77DCD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B78C634"/>
  <w14:defaultImageDpi w14:val="300"/>
  <w15:docId w15:val="{6A0A7545-DB60-4B59-A4E0-A6636069E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f1d5497b-0264-4770-b011-aa565df991d0" xsi:nil="true"/>
    <_Flow_SignoffStatus xmlns="5a03356c-0a2c-4bc3-b5a2-b58e2657827f" xsi:nil="true"/>
    <lcf76f155ced4ddcb4097134ff3c332f xmlns="5a03356c-0a2c-4bc3-b5a2-b58e2657827f">
      <Terms xmlns="http://schemas.microsoft.com/office/infopath/2007/PartnerControls"/>
    </lcf76f155ced4ddcb4097134ff3c332f>
    <_ip_UnifiedCompliancePolicyProperties xmlns="http://schemas.microsoft.com/sharepoint/v3" xsi:nil="true"/>
    <Note xmlns="5a03356c-0a2c-4bc3-b5a2-b58e2657827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5889B338421544A2A7227E1C16C6E8" ma:contentTypeVersion="21" ma:contentTypeDescription="Create a new document." ma:contentTypeScope="" ma:versionID="e589ca65b4fb0de1d19355c30acad35a">
  <xsd:schema xmlns:xsd="http://www.w3.org/2001/XMLSchema" xmlns:xs="http://www.w3.org/2001/XMLSchema" xmlns:p="http://schemas.microsoft.com/office/2006/metadata/properties" xmlns:ns1="http://schemas.microsoft.com/sharepoint/v3" xmlns:ns2="5a03356c-0a2c-4bc3-b5a2-b58e2657827f" xmlns:ns3="f1d5497b-0264-4770-b011-aa565df991d0" targetNamespace="http://schemas.microsoft.com/office/2006/metadata/properties" ma:root="true" ma:fieldsID="ceb87c9e7cf9292f4ec0e9541f6b86c6" ns1:_="" ns2:_="" ns3:_="">
    <xsd:import namespace="http://schemas.microsoft.com/sharepoint/v3"/>
    <xsd:import namespace="5a03356c-0a2c-4bc3-b5a2-b58e2657827f"/>
    <xsd:import namespace="f1d5497b-0264-4770-b011-aa565df991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Note" minOccurs="0"/>
                <xsd:element ref="ns2:_Flow_SignoffStatu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03356c-0a2c-4bc3-b5a2-b58e265782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7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ote" ma:index="15" nillable="true" ma:displayName="Note" ma:internalName="Note" ma:readOnly="false">
      <xsd:simpleType>
        <xsd:restriction base="dms:Text">
          <xsd:maxLength value="255"/>
        </xsd:restriction>
      </xsd:simpleType>
    </xsd:element>
    <xsd:element name="_Flow_SignoffStatus" ma:index="17" nillable="true" ma:displayName="Sign-off status" ma:internalName="_x0024_Resources_x003a_core_x002c_Signoff_Status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d5497b-0264-4770-b011-aa565df991d0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2e5360c6-73b6-4bfc-b92f-e248499dca99}" ma:internalName="TaxCatchAll" ma:showField="CatchAllData" ma:web="f1d5497b-0264-4770-b011-aa565df991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8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40A360D-3C8E-4BB3-B181-474FCE8D7C5D}">
  <ds:schemaRefs>
    <ds:schemaRef ds:uri="http://schemas.microsoft.com/office/2006/metadata/properties"/>
    <ds:schemaRef ds:uri="http://schemas.microsoft.com/office/infopath/2007/PartnerControls"/>
    <ds:schemaRef ds:uri="01528756-e511-4a37-87f8-aacf5a424014"/>
  </ds:schemaRefs>
</ds:datastoreItem>
</file>

<file path=customXml/itemProps3.xml><?xml version="1.0" encoding="utf-8"?>
<ds:datastoreItem xmlns:ds="http://schemas.openxmlformats.org/officeDocument/2006/customXml" ds:itemID="{FC2CF339-2D7F-4927-B765-F8F7FF1B1EC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45950B7-F5E7-474F-A908-04D2C99916B2}"/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292</Words>
  <Characters>1667</Characters>
  <Application>Microsoft Office Word</Application>
  <DocSecurity>0</DocSecurity>
  <Lines>13</Lines>
  <Paragraphs>3</Paragraphs>
  <ScaleCrop>false</ScaleCrop>
  <Manager/>
  <Company/>
  <LinksUpToDate>false</LinksUpToDate>
  <CharactersWithSpaces>1956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LOURO, Joana (UNIVERSITY HOSPITALS OF LEICESTER NHS TRUST)</cp:lastModifiedBy>
  <cp:revision>29</cp:revision>
  <dcterms:created xsi:type="dcterms:W3CDTF">2025-08-20T11:53:00Z</dcterms:created>
  <dcterms:modified xsi:type="dcterms:W3CDTF">2025-08-22T13:04:00Z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0x010100D85889B338421544A2A7227E1C16C6E8</vt:lpwstr>
  </property>
  <property fmtid="{D5CDD505-2E9C-101B-9397-08002B2CF9AE}" pid="3" name="Order">
    <vt:r8>16700</vt:r8>
  </property>
  <property fmtid="{D5CDD505-2E9C-101B-9397-08002B2CF9AE}" pid="4" name="_ExtendedDescription">
    <vt:lpwstr/>
  </property>
  <property fmtid="{D5CDD505-2E9C-101B-9397-08002B2CF9AE}" pid="6" name="docLang">
    <vt:lpwstr>en</vt:lpwstr>
  </property>
  <property fmtid="{D5CDD505-2E9C-101B-9397-08002B2CF9AE}" pid="7" name="MediaServiceImageTags">
    <vt:lpwstr/>
  </property>
</Properties>
</file>